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8EC92" w14:textId="6E38E447" w:rsidR="008235C9" w:rsidRPr="00821BFB" w:rsidRDefault="008F769C" w:rsidP="00821BFB">
      <w:pPr>
        <w:spacing w:after="100"/>
        <w:rPr>
          <w:rFonts w:asciiTheme="majorHAnsi" w:hAnsiTheme="majorHAnsi" w:cstheme="majorHAnsi"/>
          <w:color w:val="auto"/>
        </w:rPr>
      </w:pPr>
      <w:r w:rsidRPr="00821BFB">
        <w:rPr>
          <w:rFonts w:asciiTheme="majorHAnsi" w:hAnsiTheme="majorHAnsi" w:cstheme="majorHAnsi"/>
          <w:b/>
          <w:color w:val="auto"/>
        </w:rPr>
        <w:t xml:space="preserve">ALLEGATO </w:t>
      </w:r>
      <w:r>
        <w:rPr>
          <w:rFonts w:asciiTheme="majorHAnsi" w:hAnsiTheme="majorHAnsi" w:cstheme="majorHAnsi"/>
          <w:b/>
          <w:color w:val="auto"/>
        </w:rPr>
        <w:t>C</w:t>
      </w:r>
    </w:p>
    <w:p w14:paraId="7C488809" w14:textId="77777777" w:rsidR="008235C9" w:rsidRPr="00821BFB" w:rsidRDefault="008F769C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21BFB">
        <w:rPr>
          <w:rFonts w:ascii="Times New Roman" w:hAnsi="Times New Roman" w:cs="Times New Roman"/>
          <w:b/>
          <w:color w:val="auto"/>
          <w:sz w:val="24"/>
          <w:szCs w:val="24"/>
        </w:rPr>
        <w:t>DOMANDA DI PARTECIPAZIONE</w:t>
      </w:r>
    </w:p>
    <w:p w14:paraId="0597A9CC" w14:textId="77777777" w:rsidR="008235C9" w:rsidRPr="00821BFB" w:rsidRDefault="008F769C">
      <w:pPr>
        <w:spacing w:after="1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21BFB">
        <w:rPr>
          <w:rFonts w:ascii="Times New Roman" w:hAnsi="Times New Roman" w:cs="Times New Roman"/>
          <w:b/>
          <w:color w:val="auto"/>
          <w:sz w:val="24"/>
          <w:szCs w:val="24"/>
        </w:rPr>
        <w:t>E DICHIARAZIONE SOSTITUTIVA</w:t>
      </w:r>
    </w:p>
    <w:p w14:paraId="2659B993" w14:textId="77777777" w:rsidR="008235C9" w:rsidRPr="00821BFB" w:rsidRDefault="008F769C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BFB">
        <w:rPr>
          <w:rFonts w:ascii="Times New Roman" w:hAnsi="Times New Roman" w:cs="Times New Roman"/>
          <w:b/>
          <w:sz w:val="24"/>
          <w:szCs w:val="24"/>
        </w:rPr>
        <w:t xml:space="preserve">Manifestazione di interesse per la co-progettazione e realizzazione degli interventi afferenti alla Priorità 2 FSE+ "Child </w:t>
      </w:r>
      <w:proofErr w:type="spellStart"/>
      <w:r w:rsidRPr="00821BFB">
        <w:rPr>
          <w:rFonts w:ascii="Times New Roman" w:hAnsi="Times New Roman" w:cs="Times New Roman"/>
          <w:b/>
          <w:sz w:val="24"/>
          <w:szCs w:val="24"/>
        </w:rPr>
        <w:t>Guarantee</w:t>
      </w:r>
      <w:proofErr w:type="spellEnd"/>
      <w:r w:rsidRPr="00821BFB">
        <w:rPr>
          <w:rFonts w:ascii="Times New Roman" w:hAnsi="Times New Roman" w:cs="Times New Roman"/>
          <w:b/>
          <w:sz w:val="24"/>
          <w:szCs w:val="24"/>
        </w:rPr>
        <w:t>" del progetto "</w:t>
      </w:r>
      <w:proofErr w:type="spellStart"/>
      <w:r w:rsidRPr="00821BFB">
        <w:rPr>
          <w:rFonts w:ascii="Times New Roman" w:hAnsi="Times New Roman" w:cs="Times New Roman"/>
          <w:b/>
          <w:sz w:val="24"/>
          <w:szCs w:val="24"/>
        </w:rPr>
        <w:t>DesTEENazione</w:t>
      </w:r>
      <w:proofErr w:type="spellEnd"/>
      <w:r w:rsidRPr="00821BFB">
        <w:rPr>
          <w:rFonts w:ascii="Times New Roman" w:hAnsi="Times New Roman" w:cs="Times New Roman"/>
          <w:b/>
          <w:sz w:val="24"/>
          <w:szCs w:val="24"/>
        </w:rPr>
        <w:t xml:space="preserve"> - Desideri in Azione"</w:t>
      </w:r>
    </w:p>
    <w:p w14:paraId="5B30F44C" w14:textId="77777777" w:rsidR="008235C9" w:rsidRPr="00821BFB" w:rsidRDefault="008F769C">
      <w:pPr>
        <w:spacing w:after="16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21BFB">
        <w:rPr>
          <w:rFonts w:ascii="Times New Roman" w:hAnsi="Times New Roman" w:cs="Times New Roman"/>
          <w:b/>
          <w:color w:val="auto"/>
          <w:sz w:val="24"/>
          <w:szCs w:val="24"/>
        </w:rPr>
        <w:t>CUP FSE+: E61H26000010006</w:t>
      </w:r>
    </w:p>
    <w:p w14:paraId="74482045" w14:textId="77777777" w:rsidR="00821BFB" w:rsidRDefault="00821BF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18F4C9" w14:textId="40D98821" w:rsidR="008235C9" w:rsidRPr="00821BFB" w:rsidRDefault="008F76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1BFB">
        <w:rPr>
          <w:rFonts w:ascii="Times New Roman" w:hAnsi="Times New Roman" w:cs="Times New Roman"/>
          <w:b/>
          <w:sz w:val="24"/>
          <w:szCs w:val="24"/>
        </w:rPr>
        <w:t>Al Comune di Tortolì - Ente capofila ATS PLUS Ogliastra</w:t>
      </w:r>
    </w:p>
    <w:p w14:paraId="58736915" w14:textId="10B3E9C0" w:rsidR="008235C9" w:rsidRDefault="008F769C">
      <w:pPr>
        <w:spacing w:after="160"/>
        <w:jc w:val="right"/>
        <w:rPr>
          <w:rFonts w:ascii="Times New Roman" w:hAnsi="Times New Roman" w:cs="Times New Roman"/>
          <w:sz w:val="24"/>
          <w:szCs w:val="24"/>
        </w:rPr>
      </w:pPr>
      <w:r w:rsidRPr="00821BFB">
        <w:rPr>
          <w:rFonts w:ascii="Times New Roman" w:hAnsi="Times New Roman" w:cs="Times New Roman"/>
          <w:sz w:val="24"/>
          <w:szCs w:val="24"/>
        </w:rPr>
        <w:t xml:space="preserve">PEC: </w:t>
      </w:r>
      <w:hyperlink r:id="rId8" w:history="1">
        <w:r w:rsidR="00821BFB" w:rsidRPr="00A96577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protocollo@pec.comuneditortoli.it</w:t>
        </w:r>
      </w:hyperlink>
    </w:p>
    <w:p w14:paraId="2E39924A" w14:textId="77777777" w:rsidR="00672EF4" w:rsidRDefault="00672EF4" w:rsidP="00B40D5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5E932EF5" w14:textId="33F7385A" w:rsidR="008235C9" w:rsidRPr="00B40D55" w:rsidRDefault="00B40D55" w:rsidP="00672EF4">
      <w:pPr>
        <w:spacing w:before="24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0D55">
        <w:rPr>
          <w:rFonts w:ascii="Times New Roman" w:hAnsi="Times New Roman" w:cs="Times New Roman"/>
          <w:b/>
          <w:color w:val="auto"/>
          <w:sz w:val="24"/>
          <w:szCs w:val="24"/>
        </w:rPr>
        <w:t>ISTRUZIONI PER LA COMPILAZIONE</w:t>
      </w:r>
    </w:p>
    <w:p w14:paraId="4F7D5CCC" w14:textId="6AF959A9" w:rsidR="008235C9" w:rsidRPr="00B40D55" w:rsidRDefault="008F769C" w:rsidP="00672EF4">
      <w:pPr>
        <w:jc w:val="both"/>
        <w:rPr>
          <w:rFonts w:ascii="Times New Roman" w:hAnsi="Times New Roman" w:cs="Times New Roman"/>
          <w:sz w:val="24"/>
          <w:szCs w:val="24"/>
        </w:rPr>
      </w:pPr>
      <w:r w:rsidRPr="00B40D55">
        <w:rPr>
          <w:rFonts w:ascii="Times New Roman" w:hAnsi="Times New Roman" w:cs="Times New Roman"/>
          <w:b/>
          <w:color w:val="auto"/>
          <w:sz w:val="24"/>
          <w:szCs w:val="24"/>
        </w:rPr>
        <w:t xml:space="preserve">Struttura del modulo: </w:t>
      </w:r>
      <w:r w:rsidRPr="00B40D55">
        <w:rPr>
          <w:rFonts w:ascii="Times New Roman" w:hAnsi="Times New Roman" w:cs="Times New Roman"/>
          <w:sz w:val="24"/>
          <w:szCs w:val="24"/>
        </w:rPr>
        <w:t>La Parte I contiene la domanda comune. La Parte II contiene la dichiarazione individuale sul possesso dei requisiti: deve essere compilata e sottoscritta separatamente da ciascun ETS, anche quando il raggruppamento è già costituito. Se necessario, duplicare integralmente la Parte II.</w:t>
      </w:r>
    </w:p>
    <w:p w14:paraId="175DD840" w14:textId="77777777" w:rsidR="008235C9" w:rsidRPr="00B40D55" w:rsidRDefault="008F769C" w:rsidP="00672EF4">
      <w:pPr>
        <w:jc w:val="both"/>
        <w:rPr>
          <w:rFonts w:ascii="Times New Roman" w:hAnsi="Times New Roman" w:cs="Times New Roman"/>
          <w:sz w:val="24"/>
          <w:szCs w:val="24"/>
        </w:rPr>
      </w:pPr>
      <w:r w:rsidRPr="00B40D55">
        <w:rPr>
          <w:rFonts w:ascii="Times New Roman" w:hAnsi="Times New Roman" w:cs="Times New Roman"/>
          <w:b/>
          <w:color w:val="auto"/>
          <w:sz w:val="24"/>
          <w:szCs w:val="24"/>
        </w:rPr>
        <w:t>Sottoscrizioni:</w:t>
      </w:r>
      <w:r w:rsidRPr="00B40D55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 </w:t>
      </w:r>
      <w:r w:rsidRPr="00B40D55">
        <w:rPr>
          <w:rFonts w:ascii="Times New Roman" w:hAnsi="Times New Roman" w:cs="Times New Roman"/>
          <w:sz w:val="24"/>
          <w:szCs w:val="24"/>
        </w:rPr>
        <w:t>ETS singolo: Parte I e Parte II firmate dal medesimo legale rappresentante. Raggruppamento già costituito: Parte I firmata dal mandatario/capofila; Parte II firmata separatamente da ciascun componente. Raggruppamento da costituire: Parte I firmata da tutti i legali rappresentanti; Parte II firmata separatamente da ciascun componente.</w:t>
      </w:r>
    </w:p>
    <w:p w14:paraId="063DD670" w14:textId="24ED59B3" w:rsidR="008235C9" w:rsidRPr="00B40D55" w:rsidRDefault="008F769C" w:rsidP="00672EF4">
      <w:pPr>
        <w:jc w:val="both"/>
        <w:rPr>
          <w:rFonts w:ascii="Times New Roman" w:hAnsi="Times New Roman" w:cs="Times New Roman"/>
          <w:sz w:val="24"/>
          <w:szCs w:val="24"/>
        </w:rPr>
      </w:pPr>
      <w:r w:rsidRPr="00B40D55">
        <w:rPr>
          <w:rFonts w:ascii="Times New Roman" w:hAnsi="Times New Roman" w:cs="Times New Roman"/>
          <w:b/>
          <w:color w:val="auto"/>
          <w:sz w:val="24"/>
          <w:szCs w:val="24"/>
        </w:rPr>
        <w:t>Invio:</w:t>
      </w:r>
      <w:r w:rsidRPr="00B40D55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 </w:t>
      </w:r>
      <w:r w:rsidRPr="00B40D55">
        <w:rPr>
          <w:rFonts w:ascii="Times New Roman" w:hAnsi="Times New Roman" w:cs="Times New Roman"/>
          <w:sz w:val="24"/>
          <w:szCs w:val="24"/>
        </w:rPr>
        <w:t xml:space="preserve">Trasmettere in formato PDF sottoscritto digitalmente, esclusivamente via PEC. Oggetto della PEC: “PLUS Ogliastra - Manifestazione di interesse </w:t>
      </w:r>
      <w:proofErr w:type="spellStart"/>
      <w:r w:rsidRPr="00B40D55">
        <w:rPr>
          <w:rFonts w:ascii="Times New Roman" w:hAnsi="Times New Roman" w:cs="Times New Roman"/>
          <w:sz w:val="24"/>
          <w:szCs w:val="24"/>
        </w:rPr>
        <w:t>DesTEENazione</w:t>
      </w:r>
      <w:proofErr w:type="spellEnd"/>
      <w:r w:rsidRPr="00B40D55">
        <w:rPr>
          <w:rFonts w:ascii="Times New Roman" w:hAnsi="Times New Roman" w:cs="Times New Roman"/>
          <w:sz w:val="24"/>
          <w:szCs w:val="24"/>
        </w:rPr>
        <w:t xml:space="preserve"> CUP FSE+ E61H26 00001 0006”.</w:t>
      </w:r>
      <w:r w:rsidR="00B40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8293C" w14:textId="77777777" w:rsidR="008235C9" w:rsidRPr="00B51349" w:rsidRDefault="008F769C" w:rsidP="00B40D55">
      <w:pPr>
        <w:spacing w:before="240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B51349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PARTE I - DOMANDA DI PARTECIPAZIONE</w:t>
      </w:r>
    </w:p>
    <w:p w14:paraId="0A328C29" w14:textId="77777777" w:rsidR="008235C9" w:rsidRPr="00821BFB" w:rsidRDefault="008F769C" w:rsidP="00BB506B">
      <w:pPr>
        <w:keepNext/>
        <w:spacing w:before="12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21BFB">
        <w:rPr>
          <w:rFonts w:ascii="Times New Roman" w:hAnsi="Times New Roman" w:cs="Times New Roman"/>
          <w:b/>
          <w:color w:val="auto"/>
          <w:sz w:val="24"/>
          <w:szCs w:val="24"/>
        </w:rPr>
        <w:t>1. Dati del sottoscrittore e dell’ETS proponente/capofila</w:t>
      </w:r>
    </w:p>
    <w:tbl>
      <w:tblPr>
        <w:tblW w:w="97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7316"/>
      </w:tblGrid>
      <w:tr w:rsidR="00821BFB" w:rsidRPr="00821BFB" w14:paraId="75048F97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037BE8F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5966099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1BFB" w:rsidRPr="00821BFB" w14:paraId="3749403B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B059508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Codice fiscale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0333371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1BFB" w:rsidRPr="00821BFB" w14:paraId="08A470AE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031EA88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Luogo e data di nascita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5FF27BD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1BFB" w:rsidRPr="00821BFB" w14:paraId="5868353A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7836FB8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Residenza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861BBA2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1BFB" w:rsidRPr="00821BFB" w14:paraId="0BB3C7A6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0CEEA2E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Qualifica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CFAC712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Legale rappresentante / procuratore</w:t>
            </w:r>
          </w:p>
        </w:tc>
      </w:tr>
      <w:tr w:rsidR="00821BFB" w:rsidRPr="00821BFB" w14:paraId="6D4D6DE9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AFED112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Denominazione ETS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CA767FE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1BFB" w:rsidRPr="00821BFB" w14:paraId="0650F3F0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E7E808D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Codice fiscale / P. IVA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6167344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1BFB" w:rsidRPr="00821BFB" w14:paraId="3CDAB863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AAAF7CE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Sede legale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BF18DD3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1BFB" w:rsidRPr="00821BFB" w14:paraId="4363F5B7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DE0748C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PEC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6E3FCBF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21BFB" w:rsidRPr="00821BFB" w14:paraId="274FCBE9" w14:textId="77777777" w:rsidTr="00821BFB">
        <w:trPr>
          <w:cantSplit/>
          <w:trHeight w:val="432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CD64E83" w14:textId="77777777" w:rsidR="008235C9" w:rsidRPr="00821BFB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Telefono / e-mail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48EDA0B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B4E837C" w14:textId="77777777" w:rsidR="008235C9" w:rsidRPr="00821BFB" w:rsidRDefault="008235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16FDB8" w14:textId="77777777" w:rsidR="008235C9" w:rsidRPr="007D2D2D" w:rsidRDefault="008F769C" w:rsidP="00B51349">
      <w:pPr>
        <w:keepNext/>
        <w:spacing w:before="12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7D2D2D">
        <w:rPr>
          <w:rFonts w:ascii="Times New Roman" w:hAnsi="Times New Roman" w:cs="Times New Roman"/>
          <w:b/>
          <w:color w:val="auto"/>
          <w:sz w:val="24"/>
          <w:szCs w:val="24"/>
        </w:rPr>
        <w:t>2. Forma di partecipazione</w:t>
      </w:r>
    </w:p>
    <w:p w14:paraId="264C8C0F" w14:textId="77777777" w:rsidR="00BB506B" w:rsidRDefault="00BB506B" w:rsidP="00B51349">
      <w:pPr>
        <w:spacing w:after="0"/>
      </w:pPr>
    </w:p>
    <w:tbl>
      <w:tblPr>
        <w:tblW w:w="9766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883"/>
        <w:gridCol w:w="4883"/>
      </w:tblGrid>
      <w:tr w:rsidR="008235C9" w:rsidRPr="00B51349" w14:paraId="6FD48AEE" w14:textId="77777777" w:rsidTr="00B51349">
        <w:tc>
          <w:tcPr>
            <w:tcW w:w="4883" w:type="dxa"/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6310553B" w14:textId="77777777" w:rsidR="008235C9" w:rsidRPr="00B51349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5134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B513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ETS</w:t>
            </w:r>
            <w:proofErr w:type="gramEnd"/>
            <w:r w:rsidRPr="00B513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in forma singola</w:t>
            </w:r>
          </w:p>
        </w:tc>
        <w:tc>
          <w:tcPr>
            <w:tcW w:w="4883" w:type="dxa"/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04A2AD07" w14:textId="77777777" w:rsidR="008235C9" w:rsidRPr="00B51349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5134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B513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Raggruppamento</w:t>
            </w:r>
            <w:proofErr w:type="gramEnd"/>
            <w:r w:rsidRPr="00B513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già costituito</w:t>
            </w:r>
          </w:p>
        </w:tc>
      </w:tr>
      <w:tr w:rsidR="008235C9" w:rsidRPr="00B51349" w14:paraId="0BF9FA53" w14:textId="77777777" w:rsidTr="00B51349">
        <w:tc>
          <w:tcPr>
            <w:tcW w:w="4883" w:type="dxa"/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47E2BECD" w14:textId="3C602DFB" w:rsidR="005067A9" w:rsidRPr="00B51349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5134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B513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Raggruppamento</w:t>
            </w:r>
            <w:proofErr w:type="gramEnd"/>
            <w:r w:rsidRPr="00B513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da costituire</w:t>
            </w:r>
          </w:p>
        </w:tc>
        <w:tc>
          <w:tcPr>
            <w:tcW w:w="4883" w:type="dxa"/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60BE9F81" w14:textId="77777777" w:rsidR="008235C9" w:rsidRPr="00B51349" w:rsidRDefault="008F769C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5134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B513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Mandatario</w:t>
            </w:r>
            <w:proofErr w:type="gramEnd"/>
            <w:r w:rsidRPr="00B513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/capofila del raggruppamento</w:t>
            </w:r>
          </w:p>
        </w:tc>
      </w:tr>
    </w:tbl>
    <w:p w14:paraId="0631B7AD" w14:textId="77777777" w:rsidR="00BB506B" w:rsidRPr="00B51349" w:rsidRDefault="00BB506B" w:rsidP="00B5134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7316"/>
      </w:tblGrid>
      <w:tr w:rsidR="008235C9" w:rsidRPr="00350E93" w14:paraId="79879B6E" w14:textId="77777777" w:rsidTr="00BB506B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004E931" w14:textId="77777777" w:rsidR="008235C9" w:rsidRPr="00350E93" w:rsidRDefault="008F769C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50E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Denominazione del raggruppamento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772C8A1" w14:textId="77777777" w:rsidR="008235C9" w:rsidRPr="00350E93" w:rsidRDefault="008F769C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350E93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Se presente</w:t>
            </w:r>
          </w:p>
        </w:tc>
      </w:tr>
      <w:tr w:rsidR="008235C9" w:rsidRPr="00350E93" w14:paraId="3879F454" w14:textId="77777777" w:rsidTr="00BB506B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262CE15" w14:textId="77777777" w:rsidR="008235C9" w:rsidRPr="00350E93" w:rsidRDefault="008F769C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50E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del raggruppamento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388F70A" w14:textId="6D42098D" w:rsidR="008235C9" w:rsidRPr="00350E93" w:rsidRDefault="008F769C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350E93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ATI / ATS / RTI </w:t>
            </w:r>
          </w:p>
        </w:tc>
      </w:tr>
      <w:tr w:rsidR="008235C9" w:rsidRPr="00350E93" w14:paraId="5566C2FA" w14:textId="77777777" w:rsidTr="00BB506B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99F0F1C" w14:textId="77777777" w:rsidR="008235C9" w:rsidRPr="00350E93" w:rsidRDefault="008F769C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50E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ETS mandatario/capofila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61381C9" w14:textId="77777777" w:rsidR="008235C9" w:rsidRPr="00350E93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8235C9" w:rsidRPr="00350E93" w14:paraId="2D7855CD" w14:textId="77777777" w:rsidTr="00BB506B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252CB2F" w14:textId="77777777" w:rsidR="008235C9" w:rsidRPr="00350E93" w:rsidRDefault="008F769C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50E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Estremi dell’atto costitutivo/mandato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D49A62A" w14:textId="77777777" w:rsidR="008235C9" w:rsidRPr="00350E93" w:rsidRDefault="008F769C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350E93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Solo per raggruppamento già costituito</w:t>
            </w:r>
          </w:p>
        </w:tc>
      </w:tr>
    </w:tbl>
    <w:p w14:paraId="657BA540" w14:textId="77777777" w:rsidR="008235C9" w:rsidRPr="007D2D2D" w:rsidRDefault="008F769C">
      <w:pPr>
        <w:keepNext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7D2D2D">
        <w:rPr>
          <w:rFonts w:ascii="Times New Roman" w:hAnsi="Times New Roman" w:cs="Times New Roman"/>
          <w:b/>
          <w:color w:val="auto"/>
          <w:sz w:val="24"/>
          <w:szCs w:val="24"/>
        </w:rPr>
        <w:t>3. Composizione del raggruppamento</w:t>
      </w:r>
    </w:p>
    <w:p w14:paraId="537F83F5" w14:textId="2D2D9046" w:rsidR="008235C9" w:rsidRPr="007D2D2D" w:rsidRDefault="008F769C" w:rsidP="00672EF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2D2D">
        <w:rPr>
          <w:rFonts w:ascii="Times New Roman" w:hAnsi="Times New Roman" w:cs="Times New Roman"/>
          <w:iCs/>
          <w:sz w:val="24"/>
          <w:szCs w:val="24"/>
        </w:rPr>
        <w:t>Compilare in caso di partecipazione associata. Indicare per ciascun componente le attività o le Linee che si impegna a realizzare; non sono richieste quote di partecipazione o di esecuzione non previste dall’Avviso.</w:t>
      </w:r>
      <w:r w:rsidR="00B51349">
        <w:rPr>
          <w:rFonts w:ascii="Times New Roman" w:hAnsi="Times New Roman" w:cs="Times New Roman"/>
          <w:iCs/>
          <w:sz w:val="24"/>
          <w:szCs w:val="24"/>
        </w:rPr>
        <w:t xml:space="preserve"> Aggiungere spazi nel caso di necessità. 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00"/>
        <w:gridCol w:w="1428"/>
        <w:gridCol w:w="1417"/>
        <w:gridCol w:w="3421"/>
        <w:gridCol w:w="1100"/>
      </w:tblGrid>
      <w:tr w:rsidR="008235C9" w:rsidRPr="00821BFB" w14:paraId="6D8C924E" w14:textId="77777777" w:rsidTr="00C86DCA">
        <w:trPr>
          <w:tblHeader/>
        </w:trPr>
        <w:tc>
          <w:tcPr>
            <w:tcW w:w="24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98E6215" w14:textId="77777777" w:rsidR="008235C9" w:rsidRPr="005067A9" w:rsidRDefault="005067A9" w:rsidP="00C048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Denominazione ETS</w:t>
            </w:r>
          </w:p>
          <w:p w14:paraId="5DF62392" w14:textId="6BAB76C4" w:rsidR="005067A9" w:rsidRPr="005067A9" w:rsidRDefault="005067A9" w:rsidP="005067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C.F../P.IVA</w:t>
            </w:r>
          </w:p>
        </w:tc>
        <w:tc>
          <w:tcPr>
            <w:tcW w:w="1428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6BF8283" w14:textId="32B44EC6" w:rsidR="008235C9" w:rsidRPr="005067A9" w:rsidRDefault="005067A9" w:rsidP="005067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Ruolo</w:t>
            </w:r>
          </w:p>
        </w:tc>
        <w:tc>
          <w:tcPr>
            <w:tcW w:w="1417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BFEB9B3" w14:textId="7D37F664" w:rsidR="008235C9" w:rsidRPr="005067A9" w:rsidRDefault="005067A9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</w:t>
            </w:r>
          </w:p>
        </w:tc>
        <w:tc>
          <w:tcPr>
            <w:tcW w:w="3421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626E743" w14:textId="480516B0" w:rsidR="008235C9" w:rsidRPr="00821BFB" w:rsidRDefault="005067A9" w:rsidP="005067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Linee/Attività di competenza</w:t>
            </w:r>
          </w:p>
        </w:tc>
        <w:tc>
          <w:tcPr>
            <w:tcW w:w="11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D82CA03" w14:textId="7A3F26E0" w:rsidR="008235C9" w:rsidRPr="00350E93" w:rsidRDefault="0035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E9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Parte II allegata</w:t>
            </w:r>
          </w:p>
        </w:tc>
      </w:tr>
      <w:tr w:rsidR="008235C9" w:rsidRPr="00821BFB" w14:paraId="0D60C27D" w14:textId="77777777" w:rsidTr="00C86DCA">
        <w:trPr>
          <w:cantSplit/>
          <w:trHeight w:val="662"/>
        </w:trPr>
        <w:tc>
          <w:tcPr>
            <w:tcW w:w="24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4D5A389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2EF9982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Capofila / componente</w:t>
            </w:r>
          </w:p>
        </w:tc>
        <w:tc>
          <w:tcPr>
            <w:tcW w:w="1417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CE0E8CB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Costituito / costituendo</w:t>
            </w:r>
          </w:p>
        </w:tc>
        <w:tc>
          <w:tcPr>
            <w:tcW w:w="3421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B4F820B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43CD914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Segoe UI Symbol" w:hAnsi="Segoe UI Symbol" w:cs="Segoe UI Symbol"/>
                <w:b/>
                <w:color w:val="auto"/>
                <w:sz w:val="24"/>
                <w:szCs w:val="24"/>
              </w:rPr>
              <w:t>☐</w:t>
            </w: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Sì</w:t>
            </w:r>
          </w:p>
        </w:tc>
      </w:tr>
      <w:tr w:rsidR="008235C9" w:rsidRPr="00821BFB" w14:paraId="45CD22E5" w14:textId="77777777" w:rsidTr="00C86DCA">
        <w:trPr>
          <w:cantSplit/>
          <w:trHeight w:val="662"/>
        </w:trPr>
        <w:tc>
          <w:tcPr>
            <w:tcW w:w="24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411F04E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F3CB155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Capofila / componente</w:t>
            </w:r>
          </w:p>
        </w:tc>
        <w:tc>
          <w:tcPr>
            <w:tcW w:w="1417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66BF147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Costituito / costituendo</w:t>
            </w:r>
          </w:p>
        </w:tc>
        <w:tc>
          <w:tcPr>
            <w:tcW w:w="3421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614241B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DBA0E8D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Segoe UI Symbol" w:hAnsi="Segoe UI Symbol" w:cs="Segoe UI Symbol"/>
                <w:b/>
                <w:color w:val="auto"/>
                <w:sz w:val="24"/>
                <w:szCs w:val="24"/>
              </w:rPr>
              <w:t>☐</w:t>
            </w: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Sì</w:t>
            </w:r>
          </w:p>
        </w:tc>
      </w:tr>
      <w:tr w:rsidR="008235C9" w:rsidRPr="00821BFB" w14:paraId="25515792" w14:textId="77777777" w:rsidTr="00C86DCA">
        <w:trPr>
          <w:cantSplit/>
          <w:trHeight w:val="662"/>
        </w:trPr>
        <w:tc>
          <w:tcPr>
            <w:tcW w:w="24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9C085B4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9D6346B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Capofila / componente</w:t>
            </w:r>
          </w:p>
        </w:tc>
        <w:tc>
          <w:tcPr>
            <w:tcW w:w="1417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9A5A12C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Costituito / costituendo</w:t>
            </w:r>
          </w:p>
        </w:tc>
        <w:tc>
          <w:tcPr>
            <w:tcW w:w="3421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224E694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CAEB48E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Segoe UI Symbol" w:hAnsi="Segoe UI Symbol" w:cs="Segoe UI Symbol"/>
                <w:b/>
                <w:color w:val="auto"/>
                <w:sz w:val="24"/>
                <w:szCs w:val="24"/>
              </w:rPr>
              <w:t>☐</w:t>
            </w: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Sì</w:t>
            </w:r>
          </w:p>
        </w:tc>
      </w:tr>
      <w:tr w:rsidR="008235C9" w:rsidRPr="00821BFB" w14:paraId="7D3A213B" w14:textId="77777777" w:rsidTr="00C86DCA">
        <w:trPr>
          <w:cantSplit/>
          <w:trHeight w:val="662"/>
        </w:trPr>
        <w:tc>
          <w:tcPr>
            <w:tcW w:w="24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C99476B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F55A35E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Capofila / componente</w:t>
            </w:r>
          </w:p>
        </w:tc>
        <w:tc>
          <w:tcPr>
            <w:tcW w:w="1417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36942A2" w14:textId="5CCA8D8E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Costituito /</w:t>
            </w:r>
            <w:r w:rsidR="00B40D5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costituendo</w:t>
            </w:r>
          </w:p>
        </w:tc>
        <w:tc>
          <w:tcPr>
            <w:tcW w:w="3421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82E39DD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06E9440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Segoe UI Symbol" w:hAnsi="Segoe UI Symbol" w:cs="Segoe UI Symbol"/>
                <w:b/>
                <w:color w:val="auto"/>
                <w:sz w:val="24"/>
                <w:szCs w:val="24"/>
              </w:rPr>
              <w:t>☐</w:t>
            </w: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Sì</w:t>
            </w:r>
          </w:p>
        </w:tc>
      </w:tr>
      <w:tr w:rsidR="008235C9" w:rsidRPr="00821BFB" w14:paraId="38BDD5EE" w14:textId="77777777" w:rsidTr="00C86DCA">
        <w:trPr>
          <w:cantSplit/>
          <w:trHeight w:val="662"/>
        </w:trPr>
        <w:tc>
          <w:tcPr>
            <w:tcW w:w="24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A19C74D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9FF99FC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Capofila / componente</w:t>
            </w:r>
          </w:p>
        </w:tc>
        <w:tc>
          <w:tcPr>
            <w:tcW w:w="1417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DC31730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Costituito / costituendo</w:t>
            </w:r>
          </w:p>
        </w:tc>
        <w:tc>
          <w:tcPr>
            <w:tcW w:w="3421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05D6095" w14:textId="77777777" w:rsidR="008235C9" w:rsidRPr="00821BFB" w:rsidRDefault="008235C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94F0D4C" w14:textId="77777777" w:rsidR="008235C9" w:rsidRPr="00821BFB" w:rsidRDefault="008F76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21BFB">
              <w:rPr>
                <w:rFonts w:ascii="Segoe UI Symbol" w:hAnsi="Segoe UI Symbol" w:cs="Segoe UI Symbol"/>
                <w:b/>
                <w:color w:val="auto"/>
                <w:sz w:val="24"/>
                <w:szCs w:val="24"/>
              </w:rPr>
              <w:t>☐</w:t>
            </w:r>
            <w:r w:rsidRPr="00821B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Sì</w:t>
            </w:r>
          </w:p>
        </w:tc>
      </w:tr>
    </w:tbl>
    <w:p w14:paraId="65C4E393" w14:textId="77777777" w:rsidR="008235C9" w:rsidRPr="005067A9" w:rsidRDefault="008F769C" w:rsidP="00672EF4">
      <w:pPr>
        <w:keepNext/>
        <w:spacing w:before="12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4. Richiesta</w:t>
      </w:r>
    </w:p>
    <w:p w14:paraId="4D5B6F9E" w14:textId="77777777" w:rsidR="008235C9" w:rsidRPr="005067A9" w:rsidRDefault="008F769C" w:rsidP="00672EF4">
      <w:pPr>
        <w:spacing w:after="10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Cs/>
          <w:color w:val="auto"/>
          <w:sz w:val="24"/>
          <w:szCs w:val="24"/>
        </w:rPr>
        <w:t>Il sottoscritto, nella qualità sopra indicata, CHIEDE di partecipare alla procedura per l’individuazione del soggetto partner con cui avviare la co-progettazione e la successiva realizzazione delle Linee di attività 1.2, 1.3, 2, 3, 4, 5, 6.1 e 6.2 del progetto "</w:t>
      </w:r>
      <w:proofErr w:type="spellStart"/>
      <w:r w:rsidRPr="005067A9">
        <w:rPr>
          <w:rFonts w:ascii="Times New Roman" w:hAnsi="Times New Roman" w:cs="Times New Roman"/>
          <w:bCs/>
          <w:color w:val="auto"/>
          <w:sz w:val="24"/>
          <w:szCs w:val="24"/>
        </w:rPr>
        <w:t>DesTEENazione</w:t>
      </w:r>
      <w:proofErr w:type="spellEnd"/>
      <w:r w:rsidRPr="005067A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- Desideri in Azione", limitatamente alla Priorità 2 FSE+ "Child </w:t>
      </w:r>
      <w:proofErr w:type="spellStart"/>
      <w:r w:rsidRPr="005067A9">
        <w:rPr>
          <w:rFonts w:ascii="Times New Roman" w:hAnsi="Times New Roman" w:cs="Times New Roman"/>
          <w:bCs/>
          <w:color w:val="auto"/>
          <w:sz w:val="24"/>
          <w:szCs w:val="24"/>
        </w:rPr>
        <w:t>Guarantee</w:t>
      </w:r>
      <w:proofErr w:type="spellEnd"/>
      <w:r w:rsidRPr="005067A9">
        <w:rPr>
          <w:rFonts w:ascii="Times New Roman" w:hAnsi="Times New Roman" w:cs="Times New Roman"/>
          <w:bCs/>
          <w:color w:val="auto"/>
          <w:sz w:val="24"/>
          <w:szCs w:val="24"/>
        </w:rPr>
        <w:t>".</w:t>
      </w:r>
    </w:p>
    <w:p w14:paraId="47D5EBD8" w14:textId="77777777" w:rsidR="008235C9" w:rsidRPr="005067A9" w:rsidRDefault="008F769C" w:rsidP="00B40D55">
      <w:pPr>
        <w:keepNext/>
        <w:spacing w:before="12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5. Referente ai fini della procedura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7316"/>
      </w:tblGrid>
      <w:tr w:rsidR="005067A9" w:rsidRPr="005067A9" w14:paraId="132EC672" w14:textId="77777777" w:rsidTr="00B40D55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4C5A97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E022413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6AC44C7F" w14:textId="77777777" w:rsidTr="00B40D55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47FB93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Ruolo nell’organizzazione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2F1367E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4944B00E" w14:textId="77777777" w:rsidTr="00B40D55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7B7A45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Telefono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B286F5B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2FD1D4EB" w14:textId="77777777" w:rsidTr="00B40D55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B22D33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20CCAEE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40D55" w:rsidRPr="005067A9" w14:paraId="31813410" w14:textId="77777777" w:rsidTr="00B40D55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FE207A6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PEC per le comunicazioni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D4C41B3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68FBB5C" w14:textId="46C452B3" w:rsidR="00350E93" w:rsidRPr="00350E93" w:rsidRDefault="008F769C" w:rsidP="00672EF4">
      <w:pPr>
        <w:keepNext/>
        <w:spacing w:before="24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6. </w:t>
      </w:r>
      <w:r w:rsidRPr="00672EF4">
        <w:rPr>
          <w:rFonts w:ascii="Times New Roman" w:hAnsi="Times New Roman" w:cs="Times New Roman"/>
          <w:b/>
          <w:color w:val="auto"/>
          <w:sz w:val="24"/>
          <w:szCs w:val="24"/>
        </w:rPr>
        <w:t>Dichiarazioni</w:t>
      </w: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comuni alla domanda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00"/>
        <w:gridCol w:w="9266"/>
      </w:tblGrid>
      <w:tr w:rsidR="005067A9" w:rsidRPr="005067A9" w14:paraId="6AF251C0" w14:textId="77777777" w:rsidTr="005067A9">
        <w:trPr>
          <w:tblHeader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9A3F1EE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N.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1851E9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Dichiarazione / impegno</w:t>
            </w:r>
          </w:p>
        </w:tc>
      </w:tr>
      <w:tr w:rsidR="005067A9" w:rsidRPr="005067A9" w14:paraId="06FCFE09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D3731FA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9853988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aver preso piena conoscenza dell’Avviso, dei relativi allegati e degli eventuali chiarimenti pubblicati e di accettarne integralmente le prescrizioni;</w:t>
            </w:r>
          </w:p>
        </w:tc>
      </w:tr>
      <w:tr w:rsidR="005067A9" w:rsidRPr="005067A9" w14:paraId="59DC3407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2AA5AD7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C6BAD17" w14:textId="429FB398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che la proposta tecnico-metodologica e organizzativa </w:t>
            </w:r>
            <w:r w:rsidR="00F243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è condivisa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da tutti i componenti;</w:t>
            </w:r>
            <w:r w:rsidR="00F243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243A0" w:rsidRPr="00F243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 </w:t>
            </w:r>
            <w:r w:rsidR="00F243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non presenta</w:t>
            </w:r>
            <w:r w:rsidR="00F243A0" w:rsidRPr="00F243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violazioni di diritti di proprietà intellettuale di terzi, manlevando</w:t>
            </w:r>
            <w:r w:rsidR="00F243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243A0" w:rsidRPr="00F243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l’Amministrazione da ogni relativa pretesa</w:t>
            </w:r>
            <w:r w:rsidR="00F243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</w:tc>
      </w:tr>
      <w:tr w:rsidR="005067A9" w:rsidRPr="005067A9" w14:paraId="21C50DCD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FC4E73A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FE7917B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per ciascun ETS partecipante è allegata una distinta Parte II, resa ai sensi degli artt. 46 e 47 del D.P.R. n. 445/2000 e sottoscritta digitalmente dal rispettivo legale rappresentante;</w:t>
            </w:r>
          </w:p>
        </w:tc>
      </w:tr>
      <w:tr w:rsidR="005067A9" w:rsidRPr="005067A9" w14:paraId="1F24A2CE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FAF3D87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0D82588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 caso di raggruppamento da costituire, di impegnarsi a formalizzarne la costituzione e a conferire mandato collettivo speciale con rappresentanza all’ETS indicato quale mandatario/capofila entro il termine assegnato dall’Amministrazione e comunque prima della Convenzione;</w:t>
            </w:r>
          </w:p>
        </w:tc>
      </w:tr>
      <w:tr w:rsidR="005067A9" w:rsidRPr="005067A9" w14:paraId="64D35748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B868EDA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4232F1D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eleggere domicilio digitale, ai fini della procedura, presso la PEC indicata nella domanda e di accettare che le comunicazioni siano effettuate mediante tale recapito;</w:t>
            </w:r>
          </w:p>
        </w:tc>
      </w:tr>
      <w:tr w:rsidR="005067A9" w:rsidRPr="005067A9" w14:paraId="1EDF76F0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AC846A4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04AC11F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impegnarsi a comunicare tempestivamente ogni variazione riguardante composizione, rappresentanza, recapiti, dati dichiarati e requisiti di partecipazione;</w:t>
            </w:r>
          </w:p>
        </w:tc>
      </w:tr>
      <w:tr w:rsidR="005067A9" w:rsidRPr="005067A9" w14:paraId="2012339D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DE2A342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A9E2584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garantire la riservatezza delle informazioni e della documentazione conosciute nel corso della procedura e dei tavoli di co-progettazione;</w:t>
            </w:r>
          </w:p>
        </w:tc>
      </w:tr>
      <w:tr w:rsidR="005067A9" w:rsidRPr="005067A9" w14:paraId="295ED445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552CED8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4D6393F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conoscere che la proposta selezionata costituisce la base della successiva co-progettazione e che i tavoli non possono modificarne gli elementi qualificanti oggetto di valutazione, salvo gli adattamenti operativi ammessi dall’Avviso;</w:t>
            </w:r>
          </w:p>
        </w:tc>
      </w:tr>
      <w:tr w:rsidR="005067A9" w:rsidRPr="005067A9" w14:paraId="6239D4A0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6021F41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A75BF55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 caso di selezione, di collaborare con l’Ufficio di Piano e di fornire tempestivamente dati, informazioni e documenti necessari al monitoraggio, al controllo e alla rendicontazione;</w:t>
            </w:r>
          </w:p>
        </w:tc>
      </w:tr>
      <w:tr w:rsidR="005067A9" w:rsidRPr="005067A9" w14:paraId="1E7FC7D4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F9EF988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0D7B676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prendere atto che le dichiarazioni rese e la documentazione prodotta potranno essere sottoposte a verifica dall’Amministrazione;</w:t>
            </w:r>
          </w:p>
        </w:tc>
      </w:tr>
      <w:tr w:rsidR="005067A9" w:rsidRPr="005067A9" w14:paraId="2C20C8A6" w14:textId="77777777" w:rsidTr="005067A9">
        <w:trPr>
          <w:cantSplit/>
        </w:trPr>
        <w:tc>
          <w:tcPr>
            <w:tcW w:w="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721C657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926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5C2C588" w14:textId="77777777" w:rsidR="008235C9" w:rsidRPr="005067A9" w:rsidRDefault="008F769C" w:rsidP="00F243A0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aver preso visione dell’informativa sul trattamento dei dati personali allegata all’Avviso e di essere consapevole che il conferimento dei dati richiesti è necessario allo svolgimento della procedura.</w:t>
            </w:r>
          </w:p>
        </w:tc>
      </w:tr>
    </w:tbl>
    <w:p w14:paraId="00BE64C5" w14:textId="77777777" w:rsidR="008235C9" w:rsidRPr="005067A9" w:rsidRDefault="008F769C" w:rsidP="00B40D55">
      <w:pPr>
        <w:keepNext/>
        <w:spacing w:before="12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7. Documentazione allegata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50"/>
        <w:gridCol w:w="6616"/>
        <w:gridCol w:w="2600"/>
      </w:tblGrid>
      <w:tr w:rsidR="005067A9" w:rsidRPr="005067A9" w14:paraId="0E15FFF9" w14:textId="77777777" w:rsidTr="005067A9">
        <w:trPr>
          <w:tblHeader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32C9297" w14:textId="77777777" w:rsidR="008235C9" w:rsidRPr="005067A9" w:rsidRDefault="008235C9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000671A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Documento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A8010EC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Applicabilità</w:t>
            </w:r>
          </w:p>
        </w:tc>
      </w:tr>
      <w:tr w:rsidR="005067A9" w:rsidRPr="005067A9" w14:paraId="3F525413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D09AEFC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78AF29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Proposta tecnico-metodologica e organizzativa, sottoscritta secondo l’art. 7 dell’Avviso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88988D0" w14:textId="77777777" w:rsidR="008235C9" w:rsidRPr="00B40D55" w:rsidRDefault="008F769C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40D5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Tutti</w:t>
            </w:r>
          </w:p>
        </w:tc>
      </w:tr>
      <w:tr w:rsidR="005067A9" w:rsidRPr="005067A9" w14:paraId="319CA125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1064AB9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96D86E2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Parte II - Dichiarazione sostitutiva individuale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9DC4054" w14:textId="77777777" w:rsidR="008235C9" w:rsidRPr="00B40D55" w:rsidRDefault="008F769C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40D5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Una per ciascun ETS</w:t>
            </w:r>
          </w:p>
        </w:tc>
      </w:tr>
      <w:tr w:rsidR="005067A9" w:rsidRPr="005067A9" w14:paraId="2B8A1E16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0DEDEFB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11D3B8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Atto costitutivo e statuto vigente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9812C37" w14:textId="77777777" w:rsidR="008235C9" w:rsidRPr="00B40D55" w:rsidRDefault="008F769C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40D5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Una copia per ciascun ETS</w:t>
            </w:r>
          </w:p>
        </w:tc>
      </w:tr>
      <w:tr w:rsidR="005067A9" w:rsidRPr="005067A9" w14:paraId="5960FC70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CB0FF3E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D3CD1C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Mandato/atto del raggruppamento già costituito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1489AA2" w14:textId="77777777" w:rsidR="008235C9" w:rsidRPr="00B40D55" w:rsidRDefault="008F769C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40D5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Se pertinente</w:t>
            </w:r>
          </w:p>
        </w:tc>
      </w:tr>
      <w:tr w:rsidR="005067A9" w:rsidRPr="005067A9" w14:paraId="253814C1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8C12861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53718C9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Impegno alla costituzione del raggruppamento e al conferimento del mandato al capofila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DBEA120" w14:textId="77777777" w:rsidR="008235C9" w:rsidRPr="00B40D55" w:rsidRDefault="008F769C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40D5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Raggruppamento costituendo</w:t>
            </w:r>
          </w:p>
        </w:tc>
      </w:tr>
      <w:tr w:rsidR="005067A9" w:rsidRPr="005067A9" w14:paraId="3E301A13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AF84113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0E55A02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Patto di integrità sottoscritto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9BACBFA" w14:textId="77777777" w:rsidR="008235C9" w:rsidRPr="00B40D55" w:rsidRDefault="008F769C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40D5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Secondo l’allegato dell’Avviso</w:t>
            </w:r>
          </w:p>
        </w:tc>
      </w:tr>
      <w:tr w:rsidR="005067A9" w:rsidRPr="005067A9" w14:paraId="76D306F6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6652617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1731C5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DURC o dati necessari alla relativa acquisizione/verifica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8141E16" w14:textId="77777777" w:rsidR="008235C9" w:rsidRPr="00B40D55" w:rsidRDefault="008F769C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40D5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Se richiesto/applicabile</w:t>
            </w:r>
          </w:p>
        </w:tc>
      </w:tr>
      <w:tr w:rsidR="005067A9" w:rsidRPr="005067A9" w14:paraId="0FD5BE91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8BEEFEC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007019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Procura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7D48A98" w14:textId="77777777" w:rsidR="008235C9" w:rsidRPr="00B40D55" w:rsidRDefault="008F769C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B40D5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Se sottoscrive un procuratore</w:t>
            </w:r>
          </w:p>
        </w:tc>
      </w:tr>
      <w:tr w:rsidR="005067A9" w:rsidRPr="005067A9" w14:paraId="53011CCE" w14:textId="77777777" w:rsidTr="005067A9">
        <w:trPr>
          <w:cantSplit/>
        </w:trPr>
        <w:tc>
          <w:tcPr>
            <w:tcW w:w="55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5FC6FE2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</w:p>
        </w:tc>
        <w:tc>
          <w:tcPr>
            <w:tcW w:w="661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05CF53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Eventuali CV delle figure già individuate</w:t>
            </w:r>
          </w:p>
        </w:tc>
        <w:tc>
          <w:tcPr>
            <w:tcW w:w="26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937F6BA" w14:textId="7D86B6C1" w:rsidR="008235C9" w:rsidRPr="00B40D55" w:rsidRDefault="00FA2381" w:rsidP="005067A9">
            <w:pPr>
              <w:spacing w:after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Facoltativo</w:t>
            </w:r>
          </w:p>
        </w:tc>
      </w:tr>
    </w:tbl>
    <w:p w14:paraId="5FF6F85D" w14:textId="28379BAD" w:rsidR="008235C9" w:rsidRPr="005067A9" w:rsidRDefault="008F769C" w:rsidP="00672EF4">
      <w:pPr>
        <w:spacing w:before="240" w:after="100"/>
        <w:ind w:right="14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Precisazioni: </w:t>
      </w:r>
      <w:r w:rsidRPr="005067A9">
        <w:rPr>
          <w:rFonts w:ascii="Times New Roman" w:hAnsi="Times New Roman" w:cs="Times New Roman"/>
          <w:color w:val="auto"/>
          <w:sz w:val="24"/>
          <w:szCs w:val="24"/>
        </w:rPr>
        <w:t>Le polizze R.C.T. e R.C.O. non devono essere allegate in questa fase: è sufficiente l’impegno contenuto nella Parte II. Il documento di identità non è necessario quando il modulo è sottoscritto con firma digitale. La checklist deve essere coordinata con la numerazione definitiva degli allegati dell’Avviso prima della pubblicazione.</w:t>
      </w:r>
    </w:p>
    <w:p w14:paraId="20A2FCD3" w14:textId="77777777" w:rsidR="008235C9" w:rsidRPr="005067A9" w:rsidRDefault="008F769C" w:rsidP="00672EF4">
      <w:pPr>
        <w:spacing w:before="60" w:after="100"/>
        <w:ind w:right="14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Firma: </w:t>
      </w:r>
      <w:r w:rsidRPr="005067A9">
        <w:rPr>
          <w:rFonts w:ascii="Times New Roman" w:hAnsi="Times New Roman" w:cs="Times New Roman"/>
          <w:color w:val="auto"/>
          <w:sz w:val="24"/>
          <w:szCs w:val="24"/>
        </w:rPr>
        <w:t>Il modulo deve essere trasformato in PDF e sottoscritto digitalmente. In caso di raggruppamento da costituire, la Parte I è sottoscritta dai legali rappresentanti di tutti gli ETS proponenti.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766"/>
      </w:tblGrid>
      <w:tr w:rsidR="005067A9" w:rsidRPr="005067A9" w14:paraId="5DB65D54" w14:textId="77777777" w:rsidTr="00C86DCA">
        <w:trPr>
          <w:cantSplit/>
          <w:trHeight w:val="533"/>
        </w:trPr>
        <w:tc>
          <w:tcPr>
            <w:tcW w:w="300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7C9F9DA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Luogo e data</w:t>
            </w:r>
          </w:p>
        </w:tc>
        <w:tc>
          <w:tcPr>
            <w:tcW w:w="676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A82F9D0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719988F0" w14:textId="77777777" w:rsidTr="00C86DCA">
        <w:trPr>
          <w:cantSplit/>
          <w:trHeight w:val="533"/>
        </w:trPr>
        <w:tc>
          <w:tcPr>
            <w:tcW w:w="300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FD4E1A1" w14:textId="77777777" w:rsidR="008235C9" w:rsidRDefault="008F769C" w:rsidP="005067A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ETS / legali rappresentanti sottoscrittori</w:t>
            </w:r>
          </w:p>
          <w:p w14:paraId="612726BC" w14:textId="77777777" w:rsidR="007115A4" w:rsidRDefault="007115A4" w:rsidP="005067A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1DCF7907" w14:textId="77777777" w:rsidR="007115A4" w:rsidRDefault="007115A4" w:rsidP="005067A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8B2855A" w14:textId="77777777" w:rsidR="007115A4" w:rsidRDefault="007115A4" w:rsidP="005067A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38274545" w14:textId="77777777" w:rsidR="007115A4" w:rsidRPr="005067A9" w:rsidRDefault="007115A4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6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599352B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Sottoscrizione/i digitale/i secondo l’art. 7 dell’Avviso</w:t>
            </w:r>
          </w:p>
        </w:tc>
      </w:tr>
    </w:tbl>
    <w:p w14:paraId="5BF4ACE5" w14:textId="77777777" w:rsidR="00B40D55" w:rsidRDefault="00B40D55" w:rsidP="00B51349">
      <w:pPr>
        <w:spacing w:before="24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430B5F" w14:textId="77777777" w:rsidR="00B7481E" w:rsidRDefault="00B7481E" w:rsidP="00B40D55">
      <w:pPr>
        <w:spacing w:before="240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</w:p>
    <w:p w14:paraId="3F3382BD" w14:textId="5B197FA7" w:rsidR="008235C9" w:rsidRDefault="008F769C" w:rsidP="00B40D55">
      <w:pPr>
        <w:spacing w:before="240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B51349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lastRenderedPageBreak/>
        <w:t>PARTE II - DICHIARAZIONE SOSTITUTIVA INDIVIDUALE DELL’ETS</w:t>
      </w:r>
    </w:p>
    <w:p w14:paraId="42E8B68A" w14:textId="77777777" w:rsidR="00B7481E" w:rsidRPr="00B51349" w:rsidRDefault="00B7481E" w:rsidP="00B7481E">
      <w:pPr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362B503F" w14:textId="77777777" w:rsidR="008235C9" w:rsidRPr="005067A9" w:rsidRDefault="008F769C" w:rsidP="00B51349">
      <w:pPr>
        <w:spacing w:before="60" w:after="100"/>
        <w:ind w:right="1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Obbligo di compilazione: </w:t>
      </w:r>
      <w:r w:rsidRPr="005067A9">
        <w:rPr>
          <w:rFonts w:ascii="Times New Roman" w:hAnsi="Times New Roman" w:cs="Times New Roman"/>
          <w:color w:val="auto"/>
          <w:sz w:val="24"/>
          <w:szCs w:val="24"/>
        </w:rPr>
        <w:t>Compilare una Parte II per ciascun ETS singolo o componente del raggruppamento. Ogni dichiarazione deve essere trasformata in PDF e sottoscritta digitalmente dal legale rappresentante dell’ETS cui si riferisce.</w:t>
      </w:r>
    </w:p>
    <w:p w14:paraId="36B25495" w14:textId="77777777" w:rsidR="008235C9" w:rsidRPr="005067A9" w:rsidRDefault="008F769C" w:rsidP="00B51349">
      <w:pPr>
        <w:spacing w:after="1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Il sottoscritto, consapevole delle conseguenze previste dagli artt. 75 e 76 del D.P.R. n. 445/2000 in caso di dichiarazioni non veritiere, ai sensi degli artt. 46 e 47 del medesimo decreto, dichiara quanto segue.</w:t>
      </w:r>
    </w:p>
    <w:p w14:paraId="7263ADD8" w14:textId="77777777" w:rsidR="008235C9" w:rsidRPr="005067A9" w:rsidRDefault="008F769C" w:rsidP="005067A9">
      <w:pPr>
        <w:keepNext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A. Dati del dichiarante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7316"/>
      </w:tblGrid>
      <w:tr w:rsidR="005067A9" w:rsidRPr="005067A9" w14:paraId="0F2F1A3E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5112FE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F66A0AF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0678C88B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D0E66A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Codice fiscale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C8431D6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240AF9B4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2B2424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Luogo e data di nascita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BA49592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5B896996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41A250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Residenza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A0ACDE4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2E17519A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1A47D7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Qualifica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E6D9C7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Legale rappresentante / procuratore</w:t>
            </w:r>
          </w:p>
        </w:tc>
      </w:tr>
      <w:tr w:rsidR="00B51349" w:rsidRPr="005067A9" w14:paraId="0679148E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FA23D69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Estremi dell’eventuale procura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E1AD56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Se pertinente</w:t>
            </w:r>
          </w:p>
        </w:tc>
      </w:tr>
    </w:tbl>
    <w:p w14:paraId="6E163A0A" w14:textId="77777777" w:rsidR="008235C9" w:rsidRPr="005067A9" w:rsidRDefault="008235C9" w:rsidP="005067A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14:paraId="65BD8326" w14:textId="77777777" w:rsidR="008235C9" w:rsidRPr="005067A9" w:rsidRDefault="008F769C" w:rsidP="00FA2381">
      <w:pPr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B. Dati dell’ETS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7316"/>
      </w:tblGrid>
      <w:tr w:rsidR="005067A9" w:rsidRPr="005067A9" w14:paraId="100B46EE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25D29D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Denominazione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B1AD933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7A854AC6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BACE44A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Codice fiscale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2BEBDD4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590ED2A8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692892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Partita IVA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EA5C8A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Se distinta dal codice fiscale</w:t>
            </w:r>
          </w:p>
        </w:tc>
      </w:tr>
      <w:tr w:rsidR="005067A9" w:rsidRPr="005067A9" w14:paraId="0CCA1A07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8B44EC6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Sede legale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83ED04E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23114613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055424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Sede/i operativa/e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1DC7F6D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Se presenti</w:t>
            </w:r>
          </w:p>
        </w:tc>
      </w:tr>
      <w:tr w:rsidR="005067A9" w:rsidRPr="005067A9" w14:paraId="200BA655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8BA19B2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PEC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678B6DA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51349" w:rsidRPr="005067A9" w14:paraId="6B4F3BC5" w14:textId="77777777" w:rsidTr="00B51349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9F8DC3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Telefono / e-mail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B266721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CD46A1D" w14:textId="77777777" w:rsidR="008235C9" w:rsidRPr="005067A9" w:rsidRDefault="008F769C" w:rsidP="00FA2381">
      <w:pPr>
        <w:keepNext/>
        <w:spacing w:before="24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Natura giuridica</w:t>
      </w:r>
    </w:p>
    <w:tbl>
      <w:tblPr>
        <w:tblW w:w="9766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450"/>
        <w:gridCol w:w="2433"/>
        <w:gridCol w:w="4883"/>
      </w:tblGrid>
      <w:tr w:rsidR="005067A9" w:rsidRPr="005067A9" w14:paraId="246AA719" w14:textId="77777777">
        <w:tc>
          <w:tcPr>
            <w:tcW w:w="48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4BF79B1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Organizzazione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 volontariato (ODV)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7506E42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Associazione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 promozione sociale (APS)</w:t>
            </w:r>
          </w:p>
        </w:tc>
      </w:tr>
      <w:tr w:rsidR="005067A9" w:rsidRPr="005067A9" w14:paraId="44C65E69" w14:textId="77777777">
        <w:tc>
          <w:tcPr>
            <w:tcW w:w="48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2A992D25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Ente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filantropico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5165ADB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Impresa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sociale</w:t>
            </w:r>
          </w:p>
        </w:tc>
      </w:tr>
      <w:tr w:rsidR="005067A9" w:rsidRPr="005067A9" w14:paraId="7819B2EE" w14:textId="77777777">
        <w:tc>
          <w:tcPr>
            <w:tcW w:w="48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0920B192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Cooperativa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sociale / consorzio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4648F632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Rete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associativa</w:t>
            </w:r>
          </w:p>
        </w:tc>
      </w:tr>
      <w:tr w:rsidR="005067A9" w:rsidRPr="005067A9" w14:paraId="4C7B992D" w14:textId="77777777">
        <w:tc>
          <w:tcPr>
            <w:tcW w:w="48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0CF23B5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Società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 mutuo soccorso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43DB3B3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Associazione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riconosciuta o non riconosciuta</w:t>
            </w:r>
          </w:p>
        </w:tc>
      </w:tr>
      <w:tr w:rsidR="005067A9" w:rsidRPr="005067A9" w14:paraId="7509AF60" w14:textId="77777777" w:rsidTr="008F769C">
        <w:tc>
          <w:tcPr>
            <w:tcW w:w="4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3CB0384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Fondazione</w:t>
            </w:r>
            <w:proofErr w:type="gramEnd"/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5" w:type="dxa"/>
              <w:left w:w="90" w:type="dxa"/>
              <w:bottom w:w="35" w:type="dxa"/>
              <w:right w:w="90" w:type="dxa"/>
            </w:tcMar>
          </w:tcPr>
          <w:p w14:paraId="23078DAD" w14:textId="77777777" w:rsidR="008235C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067A9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Altro</w:t>
            </w:r>
            <w:proofErr w:type="gram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ETS (specificare nella riga seguente)</w:t>
            </w:r>
          </w:p>
          <w:p w14:paraId="4F6BC8F8" w14:textId="77777777" w:rsidR="00B51349" w:rsidRPr="005067A9" w:rsidRDefault="00B5134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5876" w:rsidRPr="009B5876" w14:paraId="2F63B899" w14:textId="77777777" w:rsidTr="008F769C">
        <w:trPr>
          <w:cantSplit/>
          <w:trHeight w:val="389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F99FB8D" w14:textId="77777777" w:rsidR="008235C9" w:rsidRPr="009B5876" w:rsidRDefault="008F769C" w:rsidP="005067A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Altra forma / specificazione</w:t>
            </w:r>
          </w:p>
        </w:tc>
        <w:tc>
          <w:tcPr>
            <w:tcW w:w="7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1540580" w14:textId="77777777" w:rsidR="008235C9" w:rsidRPr="009B5876" w:rsidRDefault="008235C9" w:rsidP="005067A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1FAD88CC" w14:textId="77777777" w:rsidR="008235C9" w:rsidRPr="005067A9" w:rsidRDefault="008235C9" w:rsidP="005067A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14:paraId="5F65AAF6" w14:textId="77777777" w:rsidR="008235C9" w:rsidRPr="005067A9" w:rsidRDefault="008F769C" w:rsidP="005067A9">
      <w:pPr>
        <w:keepNext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Costituzione e iscrizioni</w:t>
      </w:r>
    </w:p>
    <w:tbl>
      <w:tblPr>
        <w:tblW w:w="97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7316"/>
      </w:tblGrid>
      <w:tr w:rsidR="005067A9" w:rsidRPr="005067A9" w14:paraId="49F9D86F" w14:textId="77777777" w:rsidTr="00FA2381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A5C89B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Data di costituzione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B1B1B7A" w14:textId="3BC273AC" w:rsidR="008235C9" w:rsidRPr="005067A9" w:rsidRDefault="00B40D55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__/__/__</w:t>
            </w:r>
          </w:p>
        </w:tc>
      </w:tr>
      <w:tr w:rsidR="005067A9" w:rsidRPr="005067A9" w14:paraId="7CE2967C" w14:textId="77777777" w:rsidTr="00FA2381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0F0EE3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dell’atto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5F0AB26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Atto pubblico / scrittura privata autenticata / registrata</w:t>
            </w:r>
          </w:p>
        </w:tc>
      </w:tr>
      <w:tr w:rsidR="005067A9" w:rsidRPr="005067A9" w14:paraId="46BD1226" w14:textId="77777777" w:rsidTr="00FA2381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BB4106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Estremi di registrazione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5E614E9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5E27B02D" w14:textId="77777777" w:rsidTr="00FA2381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E6E1E09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RUNTS - sezione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1831E21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690E7047" w14:textId="77777777" w:rsidTr="00FA2381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39EA689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RUNTS - numero/data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86796BB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5D8B228D" w14:textId="77777777" w:rsidTr="00FA2381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9F646A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Registro imprese - sezione imprese sociali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8018655" w14:textId="2F2F5FD3" w:rsidR="008235C9" w:rsidRPr="005067A9" w:rsidRDefault="00B40D55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Se soggetto all’obbligo</w:t>
            </w:r>
          </w:p>
        </w:tc>
      </w:tr>
      <w:tr w:rsidR="005067A9" w:rsidRPr="005067A9" w14:paraId="5B4E76BB" w14:textId="77777777" w:rsidTr="00FA2381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DB9537D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CCIAA / REA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9C4BB3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Se soggetto all’obbligo</w:t>
            </w:r>
          </w:p>
        </w:tc>
      </w:tr>
      <w:tr w:rsidR="00FA2381" w:rsidRPr="005067A9" w14:paraId="0CE3F7EF" w14:textId="77777777" w:rsidTr="00FA2381">
        <w:trPr>
          <w:cantSplit/>
          <w:trHeight w:val="403"/>
        </w:trPr>
        <w:tc>
          <w:tcPr>
            <w:tcW w:w="245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C2DD0A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Codice ATECO coerente</w:t>
            </w:r>
          </w:p>
        </w:tc>
        <w:tc>
          <w:tcPr>
            <w:tcW w:w="731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4AA860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Se soggetto all’obbligo</w:t>
            </w:r>
          </w:p>
        </w:tc>
      </w:tr>
    </w:tbl>
    <w:p w14:paraId="308C20C5" w14:textId="77777777" w:rsidR="008235C9" w:rsidRPr="005067A9" w:rsidRDefault="008235C9" w:rsidP="005067A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14:paraId="0AD20255" w14:textId="77777777" w:rsidR="008235C9" w:rsidRPr="005067A9" w:rsidRDefault="008F769C" w:rsidP="005067A9">
      <w:pPr>
        <w:keepNext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C. Requisiti di partecipazione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9266"/>
      </w:tblGrid>
      <w:tr w:rsidR="005067A9" w:rsidRPr="005067A9" w14:paraId="7F28B089" w14:textId="77777777" w:rsidTr="00C86DCA">
        <w:trPr>
          <w:tblHeader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5B02569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N.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197FF4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Dichiarazione / impegno</w:t>
            </w:r>
          </w:p>
        </w:tc>
      </w:tr>
      <w:tr w:rsidR="005067A9" w:rsidRPr="005067A9" w14:paraId="2B107F2B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70979FE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199F9CA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che l’ente rientra tra gli Enti del Terzo Settore di cui all’art. 4 del </w:t>
            </w:r>
            <w:proofErr w:type="spellStart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D.Lgs.</w:t>
            </w:r>
            <w:proofErr w:type="spell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n. 117/2017 e che ad esso si applicano le disposizioni del Codice del Terzo Settore;</w:t>
            </w:r>
          </w:p>
        </w:tc>
      </w:tr>
      <w:tr w:rsidR="005067A9" w:rsidRPr="005067A9" w14:paraId="59839FBC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2EB64B8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B83C75B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l’ente è formalmente costituito da almeno dodici mesi alla data di scadenza dell’Avviso, mediante atto pubblico o scrittura privata autenticata o registrata;</w:t>
            </w:r>
          </w:p>
        </w:tc>
      </w:tr>
      <w:tr w:rsidR="005067A9" w:rsidRPr="005067A9" w14:paraId="2CB5E669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993D98C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80D991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l’ente è iscritto al RUNTS oppure, se impresa sociale o cooperativa sociale, nell’apposita sezione del Registro delle imprese, secondo quanto previsto dall’Avviso;</w:t>
            </w:r>
          </w:p>
        </w:tc>
      </w:tr>
      <w:tr w:rsidR="005067A9" w:rsidRPr="005067A9" w14:paraId="6B281AEA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9551DB0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160D715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che, se soggetto al relativo obbligo, l’ente è iscritto alla CCIAA/REA in un settore ATECO coerente con le finalità e le attività dell’Avviso;</w:t>
            </w:r>
          </w:p>
        </w:tc>
      </w:tr>
      <w:tr w:rsidR="005067A9" w:rsidRPr="005067A9" w14:paraId="4755613C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C9D7E7C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10A687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l’ente è in possesso di codice fiscale e, ove prevista, di partita IVA;</w:t>
            </w:r>
          </w:p>
        </w:tc>
      </w:tr>
      <w:tr w:rsidR="005067A9" w:rsidRPr="005067A9" w14:paraId="7E5FEF17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1801EC1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B28916E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l’ente è in regola con gli obblighi contributivi, previdenziali, assicurativi e assistenziali, oppure non è soggetto per la motivazione sopra indicata;</w:t>
            </w:r>
          </w:p>
        </w:tc>
      </w:tr>
      <w:tr w:rsidR="005067A9" w:rsidRPr="005067A9" w14:paraId="57D0EC25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1644628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EE44FA9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che non ricorrono le cause di esclusione richiamate dagli artt. 94, 95 e 98 del </w:t>
            </w:r>
            <w:proofErr w:type="spellStart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D.Lgs.</w:t>
            </w:r>
            <w:proofErr w:type="spellEnd"/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n. 36/2023, applicati in via analogica nei limiti indicati dall’Avviso;</w:t>
            </w:r>
          </w:p>
        </w:tc>
      </w:tr>
      <w:tr w:rsidR="005067A9" w:rsidRPr="005067A9" w14:paraId="6A4A4D02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5003AE9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4E0AC99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non sussistono situazioni di conflitto di interessi, anche potenziale, non risolvibili mediante misure idonee a garantire imparzialità e regolare svolgimento della procedura;</w:t>
            </w:r>
          </w:p>
        </w:tc>
      </w:tr>
      <w:tr w:rsidR="005067A9" w:rsidRPr="005067A9" w14:paraId="24BF708E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F79476E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AB60A8C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l’ente possiede, singolarmente o cumulativamente nell’ambito del raggruppamento, il requisito di capacità tecnico-professionale previsto dall’art. 4, lett. c), dell’Avviso e documenta esperienze coerenti con le attività che si impegna a realizzare;</w:t>
            </w:r>
          </w:p>
        </w:tc>
      </w:tr>
      <w:tr w:rsidR="005067A9" w:rsidRPr="005067A9" w14:paraId="4DBDB478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F4DCD4D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6C9FB62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tutti i requisiti dichiarati sono posseduti alla data di scadenza e saranno mantenuti fino alla sottoscrizione della Convenzione e per tutta la durata del partenariato.</w:t>
            </w:r>
          </w:p>
        </w:tc>
      </w:tr>
    </w:tbl>
    <w:p w14:paraId="01C13F95" w14:textId="77777777" w:rsidR="008235C9" w:rsidRPr="005067A9" w:rsidRDefault="008F769C" w:rsidP="005067A9">
      <w:pPr>
        <w:keepNext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D. Esperienze utilizzate per il requisito minimo di capacità tecnico-professionale</w:t>
      </w:r>
    </w:p>
    <w:p w14:paraId="6DB0DE64" w14:textId="77777777" w:rsidR="008235C9" w:rsidRPr="005067A9" w:rsidRDefault="008F769C" w:rsidP="00B51349">
      <w:pPr>
        <w:spacing w:before="60" w:after="100"/>
        <w:ind w:right="1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Compilazione: </w:t>
      </w:r>
      <w:r w:rsidRPr="005067A9">
        <w:rPr>
          <w:rFonts w:ascii="Times New Roman" w:hAnsi="Times New Roman" w:cs="Times New Roman"/>
          <w:color w:val="auto"/>
          <w:sz w:val="24"/>
          <w:szCs w:val="24"/>
        </w:rPr>
        <w:t>Indicare esclusivamente le esperienze e i periodi utilizzati per dimostrare almeno dodici mesi, anche non continuativi, di attività analoghe o coerenti. Riportare date esatte, committente, destinatari, servizi e importi. Questi periodi non saranno valutati come esperienze ulteriori.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550"/>
        <w:gridCol w:w="3570"/>
        <w:gridCol w:w="1500"/>
        <w:gridCol w:w="2246"/>
      </w:tblGrid>
      <w:tr w:rsidR="005067A9" w:rsidRPr="005067A9" w14:paraId="02308F01" w14:textId="77777777" w:rsidTr="00C86DCA">
        <w:trPr>
          <w:tblHeader/>
        </w:trPr>
        <w:tc>
          <w:tcPr>
            <w:tcW w:w="19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5508310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Committente e riferimento</w:t>
            </w:r>
          </w:p>
        </w:tc>
        <w:tc>
          <w:tcPr>
            <w:tcW w:w="4120" w:type="dxa"/>
            <w:gridSpan w:val="2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CC0DA65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Servizi/attività, ruolo svolto,</w:t>
            </w: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numero e tipologia dei destinatari</w:t>
            </w:r>
          </w:p>
        </w:tc>
        <w:tc>
          <w:tcPr>
            <w:tcW w:w="1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D874FE0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Periodo esatto</w:t>
            </w:r>
          </w:p>
        </w:tc>
        <w:tc>
          <w:tcPr>
            <w:tcW w:w="224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B100F88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Importo e atto/contratto</w:t>
            </w:r>
          </w:p>
        </w:tc>
      </w:tr>
      <w:tr w:rsidR="005067A9" w:rsidRPr="005067A9" w14:paraId="621389C6" w14:textId="77777777" w:rsidTr="00C86DCA">
        <w:trPr>
          <w:cantSplit/>
          <w:trHeight w:val="1123"/>
        </w:trPr>
        <w:tc>
          <w:tcPr>
            <w:tcW w:w="1900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1BEACE7D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gridSpan w:val="2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1A0062F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1BE04D4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0701909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</w:tc>
      </w:tr>
      <w:tr w:rsidR="005067A9" w:rsidRPr="005067A9" w14:paraId="1F93D362" w14:textId="77777777" w:rsidTr="00C86DCA">
        <w:trPr>
          <w:cantSplit/>
          <w:trHeight w:val="1123"/>
        </w:trPr>
        <w:tc>
          <w:tcPr>
            <w:tcW w:w="1900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22996A3E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gridSpan w:val="2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28D82EB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39E46CA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0B282EB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</w:tc>
      </w:tr>
      <w:tr w:rsidR="005067A9" w:rsidRPr="005067A9" w14:paraId="0E4406B3" w14:textId="77777777" w:rsidTr="00C86DCA">
        <w:trPr>
          <w:cantSplit/>
          <w:trHeight w:val="1123"/>
        </w:trPr>
        <w:tc>
          <w:tcPr>
            <w:tcW w:w="1900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052107FC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gridSpan w:val="2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5F3BF68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1A6EA5A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21D5485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</w:tc>
      </w:tr>
      <w:tr w:rsidR="005067A9" w:rsidRPr="005067A9" w14:paraId="530DC321" w14:textId="77777777" w:rsidTr="00C86DCA">
        <w:trPr>
          <w:cantSplit/>
          <w:trHeight w:val="1123"/>
        </w:trPr>
        <w:tc>
          <w:tcPr>
            <w:tcW w:w="1900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62C1A82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gridSpan w:val="2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3A5C3FE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000B433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4B1DD8AA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</w:tc>
      </w:tr>
      <w:tr w:rsidR="005067A9" w:rsidRPr="005067A9" w14:paraId="28FC9EC7" w14:textId="77777777" w:rsidTr="00C86DCA">
        <w:trPr>
          <w:cantSplit/>
          <w:trHeight w:val="403"/>
        </w:trPr>
        <w:tc>
          <w:tcPr>
            <w:tcW w:w="2450" w:type="dxa"/>
            <w:gridSpan w:val="2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203BA8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Durata complessiva dichiarata</w:t>
            </w:r>
          </w:p>
        </w:tc>
        <w:tc>
          <w:tcPr>
            <w:tcW w:w="7316" w:type="dxa"/>
            <w:gridSpan w:val="3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416C7D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____ mesi e ____ giorni</w:t>
            </w:r>
          </w:p>
        </w:tc>
      </w:tr>
      <w:tr w:rsidR="00C86DCA" w:rsidRPr="005067A9" w14:paraId="42E66399" w14:textId="77777777" w:rsidTr="00C86DCA">
        <w:trPr>
          <w:cantSplit/>
          <w:trHeight w:val="403"/>
        </w:trPr>
        <w:tc>
          <w:tcPr>
            <w:tcW w:w="2450" w:type="dxa"/>
            <w:gridSpan w:val="2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E6409E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Quota riferita al presente ETS</w:t>
            </w:r>
          </w:p>
        </w:tc>
        <w:tc>
          <w:tcPr>
            <w:tcW w:w="7316" w:type="dxa"/>
            <w:gridSpan w:val="3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EDC423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Compilare in caso di requisito cumulativo del raggruppamento</w:t>
            </w:r>
          </w:p>
        </w:tc>
      </w:tr>
    </w:tbl>
    <w:p w14:paraId="1B87AFF6" w14:textId="77777777" w:rsidR="008235C9" w:rsidRPr="005067A9" w:rsidRDefault="008235C9" w:rsidP="005067A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14:paraId="3F763FDE" w14:textId="77777777" w:rsidR="008235C9" w:rsidRPr="005067A9" w:rsidRDefault="008F769C" w:rsidP="00C86DCA">
      <w:pPr>
        <w:keepNext/>
        <w:spacing w:before="12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E. Esperienze ulteriori proposte ai fini della valutazione</w:t>
      </w:r>
    </w:p>
    <w:p w14:paraId="367CF6C6" w14:textId="77777777" w:rsidR="008235C9" w:rsidRPr="005067A9" w:rsidRDefault="008F769C" w:rsidP="005067A9">
      <w:pPr>
        <w:spacing w:before="60" w:after="100"/>
        <w:ind w:left="140" w:right="14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Separazione dei periodi: </w:t>
      </w:r>
      <w:r w:rsidRPr="005067A9">
        <w:rPr>
          <w:rFonts w:ascii="Times New Roman" w:hAnsi="Times New Roman" w:cs="Times New Roman"/>
          <w:color w:val="auto"/>
          <w:sz w:val="24"/>
          <w:szCs w:val="24"/>
        </w:rPr>
        <w:t>Non riportare i periodi già utilizzati nella sezione D. In caso di sovrapposizione, i medesimi giorni non possono essere conteggiati più volte; la stessa esperienza non può essere duplicata tra componenti del raggruppamento. Duplicare la pagina se gli spazi non sono sufficienti.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00"/>
        <w:gridCol w:w="4120"/>
        <w:gridCol w:w="1500"/>
        <w:gridCol w:w="2246"/>
      </w:tblGrid>
      <w:tr w:rsidR="005067A9" w:rsidRPr="00C86DCA" w14:paraId="479195E3" w14:textId="77777777" w:rsidTr="00C86DCA">
        <w:trPr>
          <w:tblHeader/>
        </w:trPr>
        <w:tc>
          <w:tcPr>
            <w:tcW w:w="19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313DC93" w14:textId="77777777" w:rsidR="008235C9" w:rsidRPr="00C86DCA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Committente e riferimento</w:t>
            </w:r>
          </w:p>
        </w:tc>
        <w:tc>
          <w:tcPr>
            <w:tcW w:w="412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C01DAA7" w14:textId="77777777" w:rsidR="008235C9" w:rsidRPr="00C86DCA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Servizi/attività, ruolo svolto,</w:t>
            </w: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  <w:t>numero e tipologia dei destinatari</w:t>
            </w:r>
          </w:p>
        </w:tc>
        <w:tc>
          <w:tcPr>
            <w:tcW w:w="1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E2E1E32" w14:textId="77777777" w:rsidR="008235C9" w:rsidRPr="00C86DCA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Periodo esatto</w:t>
            </w:r>
          </w:p>
        </w:tc>
        <w:tc>
          <w:tcPr>
            <w:tcW w:w="224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A4942B9" w14:textId="77777777" w:rsidR="008235C9" w:rsidRPr="00C86DCA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Importo e atto/contratto</w:t>
            </w:r>
          </w:p>
        </w:tc>
      </w:tr>
      <w:tr w:rsidR="005067A9" w:rsidRPr="005067A9" w14:paraId="4BFB3013" w14:textId="77777777" w:rsidTr="00C86DCA">
        <w:trPr>
          <w:cantSplit/>
          <w:trHeight w:val="1123"/>
        </w:trPr>
        <w:tc>
          <w:tcPr>
            <w:tcW w:w="19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373007C6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lastRenderedPageBreak/>
              <w:t>Ente/cliente; referente e recapito</w:t>
            </w:r>
          </w:p>
        </w:tc>
        <w:tc>
          <w:tcPr>
            <w:tcW w:w="412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48A6F665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484754C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38B8F09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Rif. ________</w:t>
            </w:r>
          </w:p>
        </w:tc>
      </w:tr>
      <w:tr w:rsidR="005067A9" w:rsidRPr="005067A9" w14:paraId="2190636B" w14:textId="77777777" w:rsidTr="00C86DCA">
        <w:trPr>
          <w:cantSplit/>
          <w:trHeight w:val="1123"/>
        </w:trPr>
        <w:tc>
          <w:tcPr>
            <w:tcW w:w="19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E7020A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2EA1285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794854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17C9536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</w:tc>
      </w:tr>
      <w:tr w:rsidR="005067A9" w:rsidRPr="005067A9" w14:paraId="150B9DCD" w14:textId="77777777" w:rsidTr="00C86DCA">
        <w:trPr>
          <w:cantSplit/>
          <w:trHeight w:val="1123"/>
        </w:trPr>
        <w:tc>
          <w:tcPr>
            <w:tcW w:w="19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3B42B5AC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09404B0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0289E55E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F30FA9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</w:tc>
      </w:tr>
      <w:tr w:rsidR="005067A9" w:rsidRPr="005067A9" w14:paraId="11E09FAD" w14:textId="77777777" w:rsidTr="00C86DCA">
        <w:trPr>
          <w:cantSplit/>
          <w:trHeight w:val="1123"/>
        </w:trPr>
        <w:tc>
          <w:tcPr>
            <w:tcW w:w="19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9B18B93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2B4478E5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CDEB1A5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0651F996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</w:tc>
      </w:tr>
      <w:tr w:rsidR="005067A9" w:rsidRPr="005067A9" w14:paraId="1B43DE9C" w14:textId="77777777" w:rsidTr="00C86DCA">
        <w:trPr>
          <w:cantSplit/>
          <w:trHeight w:val="1123"/>
        </w:trPr>
        <w:tc>
          <w:tcPr>
            <w:tcW w:w="19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15A5B74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3273666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102C619A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11A8FECE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</w:tc>
      </w:tr>
      <w:tr w:rsidR="005067A9" w:rsidRPr="005067A9" w14:paraId="05F3EB49" w14:textId="77777777" w:rsidTr="009B5876">
        <w:trPr>
          <w:cantSplit/>
          <w:trHeight w:val="1358"/>
        </w:trPr>
        <w:tc>
          <w:tcPr>
            <w:tcW w:w="19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15BFBBE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Ente/cliente; referente e recapito</w:t>
            </w:r>
          </w:p>
        </w:tc>
        <w:tc>
          <w:tcPr>
            <w:tcW w:w="412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797328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Descrivere attività coerenti, ruolo dell’ETS e destinatari</w:t>
            </w:r>
          </w:p>
        </w:tc>
        <w:tc>
          <w:tcPr>
            <w:tcW w:w="1500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E79463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Dal __/__/____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Al __/__/____</w:t>
            </w:r>
          </w:p>
        </w:tc>
        <w:tc>
          <w:tcPr>
            <w:tcW w:w="2246" w:type="dxa"/>
            <w:shd w:val="clear" w:color="auto" w:fill="FFFFFF" w:themeFill="background1"/>
            <w:tcMar>
              <w:top w:w="78" w:type="dxa"/>
              <w:left w:w="90" w:type="dxa"/>
              <w:bottom w:w="78" w:type="dxa"/>
              <w:right w:w="90" w:type="dxa"/>
            </w:tcMar>
          </w:tcPr>
          <w:p w14:paraId="7515739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€ ________</w:t>
            </w: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br/>
              <w:t>Rif. ________</w:t>
            </w:r>
          </w:p>
          <w:p w14:paraId="5387C378" w14:textId="77777777" w:rsidR="005067A9" w:rsidRPr="005067A9" w:rsidRDefault="005067A9" w:rsidP="005067A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73307D9" w14:textId="77777777" w:rsidR="005067A9" w:rsidRPr="005067A9" w:rsidRDefault="005067A9" w:rsidP="005067A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4160E8C" w14:textId="77777777" w:rsidR="005067A9" w:rsidRPr="005067A9" w:rsidRDefault="005067A9" w:rsidP="005067A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4F392DF" w14:textId="77777777" w:rsidR="005067A9" w:rsidRPr="005067A9" w:rsidRDefault="005067A9" w:rsidP="005067A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E9A21AA" w14:textId="77777777" w:rsidR="005067A9" w:rsidRPr="005067A9" w:rsidRDefault="005067A9" w:rsidP="005067A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D86C302" w14:textId="77777777" w:rsidR="005067A9" w:rsidRPr="005067A9" w:rsidRDefault="005067A9" w:rsidP="005067A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99614E6" w14:textId="77777777" w:rsidR="008235C9" w:rsidRPr="005067A9" w:rsidRDefault="008F769C" w:rsidP="005067A9">
      <w:pPr>
        <w:keepNext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>F. Impegni e ulteriori dichiarazioni dell’ETS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9266"/>
      </w:tblGrid>
      <w:tr w:rsidR="005067A9" w:rsidRPr="00C86DCA" w14:paraId="68E142E9" w14:textId="77777777" w:rsidTr="00C86DCA">
        <w:trPr>
          <w:trHeight w:val="733"/>
          <w:tblHeader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DACC367" w14:textId="76B3D08C" w:rsidR="008235C9" w:rsidRPr="00C86DCA" w:rsidRDefault="00C86DCA" w:rsidP="00C86DCA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N.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7D10608" w14:textId="16DC098A" w:rsidR="005067A9" w:rsidRPr="00C86DCA" w:rsidRDefault="00C86DCA" w:rsidP="009B5876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Dichiarazione/impegno</w:t>
            </w:r>
          </w:p>
        </w:tc>
      </w:tr>
      <w:tr w:rsidR="005067A9" w:rsidRPr="005067A9" w14:paraId="1F63BF6F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4D0D4F7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7A86C5EB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 le informazioni sulle esperienze sono veritiere, complete e verificabili e che, su richiesta, saranno prodotti contratti, convenzioni, attestazioni o altra documentazione idonea;</w:t>
            </w:r>
          </w:p>
        </w:tc>
      </w:tr>
      <w:tr w:rsidR="005067A9" w:rsidRPr="005067A9" w14:paraId="78E42F9F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50B3D0ED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D62F881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garantire, per tutta la durata del progetto, le figure professionali nel numero e con i requisiti previsti dall’Avviso, dal progetto esecutivo e dalla Convenzione;</w:t>
            </w:r>
          </w:p>
        </w:tc>
      </w:tr>
      <w:tr w:rsidR="005067A9" w:rsidRPr="005067A9" w14:paraId="48707E68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503E0E5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0D78E07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poter impiegare personale dipendente o professionisti esterni, anche titolari di partita IVA, esclusivamente nel rispetto dei requisiti professionali richiesti e con rapporti coerenti con le concrete modalità di svolgimento dell’attività;</w:t>
            </w:r>
          </w:p>
        </w:tc>
      </w:tr>
      <w:tr w:rsidR="005067A9" w:rsidRPr="005067A9" w14:paraId="175EAEFE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EAE29C9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A85BADF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trasmettere, prima dell’impiego, i curriculum vitae e la documentazione comprovante titoli, qualificazioni, iscrizioni professionali e contrattualizzazione delle figure impiegate;</w:t>
            </w:r>
          </w:p>
        </w:tc>
      </w:tr>
      <w:tr w:rsidR="005067A9" w:rsidRPr="005067A9" w14:paraId="55F911FC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66BFFAC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83C2235" w14:textId="30E9D0BF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prima della Convenzione e dell’avvio delle attività,</w:t>
            </w:r>
            <w:r w:rsidR="009B58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B5876"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stipulare o adeguare</w:t>
            </w: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le coperture R.C.T. e R.C.O. previste dall’art. 6 dell’Avviso e di trasmetterne copia con quietanza;</w:t>
            </w:r>
          </w:p>
        </w:tc>
      </w:tr>
      <w:tr w:rsidR="005067A9" w:rsidRPr="005067A9" w14:paraId="12C9D15E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F33DC5E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399EA9A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rispettare gli obblighi di tracciabilità dei flussi finanziari di cui alla L. n. 136/2010 e le regole di rendicontazione applicabili al PN Inclusione e Lotta alla Povertà 2021-2027;</w:t>
            </w:r>
          </w:p>
        </w:tc>
      </w:tr>
      <w:tr w:rsidR="005067A9" w:rsidRPr="005067A9" w14:paraId="4B17C034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371B832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CB44715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non imputare ad altri finanziamenti, contributi o agevolazioni le medesime spese rendicontate nel progetto e di garantire la separata imputazione e la piena tracciabilità di eventuali ulteriori finanziamenti;</w:t>
            </w:r>
          </w:p>
        </w:tc>
      </w:tr>
      <w:tr w:rsidR="005067A9" w:rsidRPr="005067A9" w14:paraId="20E3042B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93560FB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FD67212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prendere atto che l’approvazione del PEF non comporta l’automatico riconoscimento dell’ammissibilità delle spese e che le somme relative a spese successivamente ritenute non ammissibili potranno essere richieste in restituzione secondo l’Avviso e la Convenzione;</w:t>
            </w:r>
          </w:p>
        </w:tc>
      </w:tr>
      <w:tr w:rsidR="005067A9" w:rsidRPr="005067A9" w14:paraId="47E478CE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023A11D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31E8B7EB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comunicare tempestivamente ogni variazione relativa a rappresentanza, denominazione, sede, recapiti, requisiti e dati dichiarati;</w:t>
            </w:r>
          </w:p>
        </w:tc>
      </w:tr>
      <w:tr w:rsidR="005067A9" w:rsidRPr="005067A9" w14:paraId="0D7B0424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2FB46C9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CD75F98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garantire la riservatezza delle informazioni e della documentazione conosciute nel corso della procedura e del partenariato;</w:t>
            </w:r>
          </w:p>
        </w:tc>
      </w:tr>
      <w:tr w:rsidR="005067A9" w:rsidRPr="005067A9" w14:paraId="3D203184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35A9C37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0627BA3C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aver preso visione dell’informativa sul trattamento dei dati personali allegata all’Avviso;</w:t>
            </w:r>
          </w:p>
        </w:tc>
      </w:tr>
      <w:tr w:rsidR="005067A9" w:rsidRPr="005067A9" w14:paraId="6968FBE9" w14:textId="77777777" w:rsidTr="00C86DCA">
        <w:trPr>
          <w:cantSplit/>
        </w:trPr>
        <w:tc>
          <w:tcPr>
            <w:tcW w:w="500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71864C1" w14:textId="77777777" w:rsidR="008235C9" w:rsidRPr="005067A9" w:rsidRDefault="008F769C" w:rsidP="005067A9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9266" w:type="dxa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1DDE04C0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 prendere atto che l’Amministrazione effettuerà i controlli previsti dall’art. 71 del D.P.R. n. 445/2000 e potrà acquisire presso le amministrazioni competenti le informazioni necessarie alla verifica delle dichiarazioni rese.</w:t>
            </w:r>
          </w:p>
        </w:tc>
      </w:tr>
    </w:tbl>
    <w:p w14:paraId="7B950264" w14:textId="77777777" w:rsidR="008235C9" w:rsidRPr="005067A9" w:rsidRDefault="008F769C" w:rsidP="005067A9">
      <w:pPr>
        <w:spacing w:before="60" w:after="100"/>
        <w:ind w:left="140" w:right="14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Risorse aggiuntive: </w:t>
      </w:r>
      <w:r w:rsidRPr="005067A9">
        <w:rPr>
          <w:rFonts w:ascii="Times New Roman" w:hAnsi="Times New Roman" w:cs="Times New Roman"/>
          <w:color w:val="auto"/>
          <w:sz w:val="24"/>
          <w:szCs w:val="24"/>
        </w:rPr>
        <w:t>L’eventuale apporto di risorse economiche, professionali, di volontariato, strumentali o di altra natura deve essere descritto separatamente nella proposta progettuale. La messa a disposizione di risorse economiche proprie non costituisce requisito di partecipazione.</w:t>
      </w:r>
    </w:p>
    <w:p w14:paraId="1E89B3FC" w14:textId="77777777" w:rsidR="008235C9" w:rsidRPr="005067A9" w:rsidRDefault="008F769C" w:rsidP="005067A9">
      <w:pPr>
        <w:spacing w:before="60" w:after="100"/>
        <w:ind w:left="140" w:right="140"/>
        <w:rPr>
          <w:rFonts w:ascii="Times New Roman" w:hAnsi="Times New Roman" w:cs="Times New Roman"/>
          <w:color w:val="auto"/>
          <w:sz w:val="24"/>
          <w:szCs w:val="24"/>
        </w:rPr>
      </w:pPr>
      <w:r w:rsidRPr="005067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Firma: </w:t>
      </w:r>
      <w:r w:rsidRPr="005067A9">
        <w:rPr>
          <w:rFonts w:ascii="Times New Roman" w:hAnsi="Times New Roman" w:cs="Times New Roman"/>
          <w:color w:val="auto"/>
          <w:sz w:val="24"/>
          <w:szCs w:val="24"/>
        </w:rPr>
        <w:t>Il modulo deve essere trasformato in PDF e sottoscritto digitalmente. La sottoscrizione segue le regole indicate nell’art. 7 dell’Avviso.</w:t>
      </w:r>
    </w:p>
    <w:tbl>
      <w:tblPr>
        <w:tblW w:w="9766" w:type="dxa"/>
        <w:tblInd w:w="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766"/>
      </w:tblGrid>
      <w:tr w:rsidR="005067A9" w:rsidRPr="005067A9" w14:paraId="55B3CF41" w14:textId="77777777" w:rsidTr="00C86DCA">
        <w:trPr>
          <w:cantSplit/>
          <w:trHeight w:val="533"/>
        </w:trPr>
        <w:tc>
          <w:tcPr>
            <w:tcW w:w="300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3CA958D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Luogo e data</w:t>
            </w:r>
          </w:p>
        </w:tc>
        <w:tc>
          <w:tcPr>
            <w:tcW w:w="676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2DD8153F" w14:textId="77777777" w:rsidR="008235C9" w:rsidRPr="005067A9" w:rsidRDefault="008235C9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67A9" w:rsidRPr="005067A9" w14:paraId="2FE11942" w14:textId="77777777" w:rsidTr="00C86DCA">
        <w:trPr>
          <w:cantSplit/>
          <w:trHeight w:val="533"/>
        </w:trPr>
        <w:tc>
          <w:tcPr>
            <w:tcW w:w="3000" w:type="dxa"/>
            <w:shd w:val="clear" w:color="auto" w:fill="F7F9FB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6E22C162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Legale rappresentante / procuratore</w:t>
            </w:r>
          </w:p>
        </w:tc>
        <w:tc>
          <w:tcPr>
            <w:tcW w:w="6766" w:type="dxa"/>
            <w:shd w:val="clear" w:color="auto" w:fill="F2F4F7"/>
            <w:tcMar>
              <w:top w:w="78" w:type="dxa"/>
              <w:left w:w="90" w:type="dxa"/>
              <w:bottom w:w="78" w:type="dxa"/>
              <w:right w:w="90" w:type="dxa"/>
            </w:tcMar>
            <w:vAlign w:val="center"/>
          </w:tcPr>
          <w:p w14:paraId="4661C576" w14:textId="77777777" w:rsidR="008235C9" w:rsidRPr="005067A9" w:rsidRDefault="008F769C" w:rsidP="005067A9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67A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Sottoscrizione/i digitale/i secondo l’art. 7 dell’Avviso</w:t>
            </w:r>
          </w:p>
        </w:tc>
      </w:tr>
    </w:tbl>
    <w:p w14:paraId="6992C733" w14:textId="77777777" w:rsidR="00985B17" w:rsidRPr="005067A9" w:rsidRDefault="00985B17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985B17" w:rsidRPr="005067A9" w:rsidSect="009B5876">
      <w:headerReference w:type="default" r:id="rId9"/>
      <w:footerReference w:type="default" r:id="rId10"/>
      <w:pgSz w:w="11906" w:h="16838"/>
      <w:pgMar w:top="1531" w:right="1020" w:bottom="964" w:left="1020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BEA2C" w14:textId="77777777" w:rsidR="004D36B1" w:rsidRDefault="004D36B1">
      <w:pPr>
        <w:spacing w:after="0"/>
      </w:pPr>
      <w:r>
        <w:separator/>
      </w:r>
    </w:p>
  </w:endnote>
  <w:endnote w:type="continuationSeparator" w:id="0">
    <w:p w14:paraId="34083E83" w14:textId="77777777" w:rsidR="004D36B1" w:rsidRDefault="004D36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FC82" w14:textId="5D40058A" w:rsidR="008235C9" w:rsidRDefault="008F769C">
    <w:pPr>
      <w:pStyle w:val="Pidipagina"/>
      <w:jc w:val="right"/>
    </w:pPr>
    <w:r>
      <w:rPr>
        <w:color w:val="5B6573"/>
        <w:sz w:val="16"/>
      </w:rPr>
      <w:t>Allegato C</w:t>
    </w:r>
    <w:r>
      <w:rPr>
        <w:color w:val="5B6573"/>
        <w:sz w:val="16"/>
      </w:rPr>
      <w:t xml:space="preserve"> - Domanda di </w:t>
    </w:r>
    <w:proofErr w:type="gramStart"/>
    <w:r>
      <w:rPr>
        <w:color w:val="5B6573"/>
        <w:sz w:val="16"/>
      </w:rPr>
      <w:t>partecipazione  |</w:t>
    </w:r>
    <w:proofErr w:type="gramEnd"/>
    <w:r>
      <w:rPr>
        <w:color w:val="5B6573"/>
        <w:sz w:val="16"/>
      </w:rPr>
      <w:t xml:space="preserve">  Pagina </w:t>
    </w:r>
    <w:r>
      <w:rPr>
        <w:color w:val="5B6573"/>
        <w:sz w:val="16"/>
      </w:rPr>
      <w:fldChar w:fldCharType="begin"/>
    </w:r>
    <w:r>
      <w:rPr>
        <w:color w:val="5B6573"/>
        <w:sz w:val="16"/>
      </w:rPr>
      <w:instrText xml:space="preserve"> PAGE </w:instrText>
    </w:r>
    <w:r>
      <w:rPr>
        <w:color w:val="5B6573"/>
        <w:sz w:val="16"/>
      </w:rPr>
      <w:fldChar w:fldCharType="separate"/>
    </w:r>
    <w:r w:rsidR="00821BFB">
      <w:rPr>
        <w:noProof/>
        <w:color w:val="5B6573"/>
        <w:sz w:val="16"/>
      </w:rPr>
      <w:t>1</w:t>
    </w:r>
    <w:r>
      <w:rPr>
        <w:color w:val="5B6573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6594" w14:textId="77777777" w:rsidR="004D36B1" w:rsidRDefault="004D36B1">
      <w:pPr>
        <w:spacing w:after="0"/>
      </w:pPr>
      <w:r>
        <w:separator/>
      </w:r>
    </w:p>
  </w:footnote>
  <w:footnote w:type="continuationSeparator" w:id="0">
    <w:p w14:paraId="49A76091" w14:textId="77777777" w:rsidR="004D36B1" w:rsidRDefault="004D36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E203" w14:textId="77777777" w:rsidR="008235C9" w:rsidRDefault="008235C9">
    <w:pPr>
      <w:pStyle w:val="Intestazione"/>
    </w:pPr>
  </w:p>
  <w:tbl>
    <w:tblPr>
      <w:tblW w:w="9930" w:type="dxa"/>
      <w:tblInd w:w="90" w:type="dxa"/>
      <w:tblLayout w:type="fixed"/>
      <w:tblLook w:val="04A0" w:firstRow="1" w:lastRow="0" w:firstColumn="1" w:lastColumn="0" w:noHBand="0" w:noVBand="1"/>
    </w:tblPr>
    <w:tblGrid>
      <w:gridCol w:w="7423"/>
      <w:gridCol w:w="2507"/>
    </w:tblGrid>
    <w:tr w:rsidR="008235C9" w14:paraId="407554DF" w14:textId="77777777" w:rsidTr="00BD7160">
      <w:trPr>
        <w:trHeight w:val="1109"/>
      </w:trPr>
      <w:tc>
        <w:tcPr>
          <w:tcW w:w="742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898711F" w14:textId="725DFE6E" w:rsidR="008235C9" w:rsidRDefault="008F769C">
          <w:pPr>
            <w:spacing w:after="0"/>
          </w:pPr>
          <w:bookmarkStart w:id="0" w:name="_Hlk236033515"/>
          <w:r>
            <w:rPr>
              <w:noProof/>
            </w:rPr>
            <w:drawing>
              <wp:inline distT="0" distB="0" distL="0" distR="0" wp14:anchorId="613AA797" wp14:editId="223C2792">
                <wp:extent cx="4434840" cy="710929"/>
                <wp:effectExtent l="0" t="0" r="0" b="0"/>
                <wp:docPr id="92653035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4840" cy="710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60E46">
            <w:t xml:space="preserve">        </w:t>
          </w:r>
        </w:p>
      </w:tc>
      <w:tc>
        <w:tcPr>
          <w:tcW w:w="250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B38788B" w14:textId="77777777" w:rsidR="008235C9" w:rsidRDefault="008F769C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78C6CC1A" wp14:editId="41C74955">
                <wp:extent cx="1675605" cy="647700"/>
                <wp:effectExtent l="0" t="0" r="1270" b="0"/>
                <wp:docPr id="158506919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201" cy="649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45C9E6" w14:textId="77777777" w:rsidR="008235C9" w:rsidRDefault="008235C9" w:rsidP="00BD7160">
    <w:pPr>
      <w:pBdr>
        <w:bottom w:val="single" w:sz="9" w:space="1" w:color="1F4E79"/>
      </w:pBdr>
      <w:spacing w:before="20" w:after="0"/>
      <w:jc w:val="center"/>
    </w:pPr>
    <w:bookmarkStart w:id="1" w:name="_Hlk236033360"/>
    <w:bookmarkStart w:id="2" w:name="_Hlk236033361"/>
    <w:bookmarkStart w:id="3" w:name="_Hlk236033366"/>
    <w:bookmarkStart w:id="4" w:name="_Hlk236033367"/>
    <w:bookmarkEnd w:id="0"/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0370421">
    <w:abstractNumId w:val="8"/>
  </w:num>
  <w:num w:numId="2" w16cid:durableId="189027604">
    <w:abstractNumId w:val="6"/>
  </w:num>
  <w:num w:numId="3" w16cid:durableId="355008747">
    <w:abstractNumId w:val="5"/>
  </w:num>
  <w:num w:numId="4" w16cid:durableId="241376494">
    <w:abstractNumId w:val="4"/>
  </w:num>
  <w:num w:numId="5" w16cid:durableId="1782333833">
    <w:abstractNumId w:val="7"/>
  </w:num>
  <w:num w:numId="6" w16cid:durableId="658533252">
    <w:abstractNumId w:val="3"/>
  </w:num>
  <w:num w:numId="7" w16cid:durableId="1723626827">
    <w:abstractNumId w:val="2"/>
  </w:num>
  <w:num w:numId="8" w16cid:durableId="294025978">
    <w:abstractNumId w:val="1"/>
  </w:num>
  <w:num w:numId="9" w16cid:durableId="152340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0E93"/>
    <w:rsid w:val="00425582"/>
    <w:rsid w:val="004D36B1"/>
    <w:rsid w:val="004D62E8"/>
    <w:rsid w:val="004E1D0C"/>
    <w:rsid w:val="005067A9"/>
    <w:rsid w:val="00560E46"/>
    <w:rsid w:val="00672EF4"/>
    <w:rsid w:val="007115A4"/>
    <w:rsid w:val="007D2D2D"/>
    <w:rsid w:val="0081557C"/>
    <w:rsid w:val="00821BFB"/>
    <w:rsid w:val="008235C9"/>
    <w:rsid w:val="00871D75"/>
    <w:rsid w:val="008F769C"/>
    <w:rsid w:val="00985B17"/>
    <w:rsid w:val="009B5876"/>
    <w:rsid w:val="009E5DE6"/>
    <w:rsid w:val="00AA1D8D"/>
    <w:rsid w:val="00B40D55"/>
    <w:rsid w:val="00B47730"/>
    <w:rsid w:val="00B51349"/>
    <w:rsid w:val="00B7481E"/>
    <w:rsid w:val="00BB506B"/>
    <w:rsid w:val="00BD7160"/>
    <w:rsid w:val="00C048B5"/>
    <w:rsid w:val="00C86DCA"/>
    <w:rsid w:val="00CB0664"/>
    <w:rsid w:val="00D567C7"/>
    <w:rsid w:val="00F243A0"/>
    <w:rsid w:val="00F529D0"/>
    <w:rsid w:val="00FA23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947B10"/>
  <w14:defaultImageDpi w14:val="300"/>
  <w15:docId w15:val="{DA6900C8-B923-4C0F-9612-23C97147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 w:line="240" w:lineRule="auto"/>
    </w:pPr>
    <w:rPr>
      <w:rFonts w:ascii="Arial" w:eastAsia="Arial" w:hAnsi="Arial" w:cs="Arial"/>
      <w:color w:val="1F1F1F"/>
      <w:sz w:val="18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F4E79"/>
      <w:sz w:val="27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F75B5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1F4E79"/>
      <w:sz w:val="19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after="80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4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b/>
      <w:i/>
      <w:iCs/>
      <w:color w:val="5B6573"/>
      <w:spacing w:val="15"/>
      <w:sz w:val="21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821BF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1BFB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50E93"/>
    <w:pPr>
      <w:spacing w:after="0" w:line="240" w:lineRule="auto"/>
    </w:pPr>
    <w:rPr>
      <w:rFonts w:ascii="Arial" w:eastAsia="Arial" w:hAnsi="Arial" w:cs="Arial"/>
      <w:color w:val="1F1F1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ditortol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2312</Words>
  <Characters>13183</Characters>
  <Application>Microsoft Office Word</Application>
  <DocSecurity>0</DocSecurity>
  <Lines>109</Lines>
  <Paragraphs>30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B - Domanda di partecipazione DesTEENazione</vt:lpstr>
      <vt:lpstr/>
    </vt:vector>
  </TitlesOfParts>
  <Manager/>
  <Company/>
  <LinksUpToDate>false</LinksUpToDate>
  <CharactersWithSpaces>15465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Domanda di partecipazione DesTEENazione</dc:title>
  <dc:subject>Manifestazione di interesse ETS - ATS PLUS Ogliastra</dc:subject>
  <dc:creator>Comune di Tortolì - ATS PLUS Ogliastra</dc:creator>
  <cp:keywords>DesTEENazione, co-progettazione, ETS, domanda di partecipazione</cp:keywords>
  <dc:description>Modulo coordinato con la bozza di avviso DesTEENazione.</dc:description>
  <cp:lastModifiedBy>daniela.deiana</cp:lastModifiedBy>
  <cp:revision>10</cp:revision>
  <dcterms:created xsi:type="dcterms:W3CDTF">2013-12-23T23:15:00Z</dcterms:created>
  <dcterms:modified xsi:type="dcterms:W3CDTF">2026-07-30T10:36:00Z</dcterms:modified>
  <cp:category/>
</cp:coreProperties>
</file>